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A6057" w14:textId="08A40EC0" w:rsidR="00CF614D" w:rsidRDefault="00CF614D">
      <w:pPr>
        <w:spacing w:before="40" w:after="40" w:line="240" w:lineRule="auto"/>
        <w:jc w:val="center"/>
        <w:rPr>
          <w:b/>
          <w:color w:val="76B82A"/>
          <w:sz w:val="19"/>
        </w:rPr>
      </w:pPr>
      <w:r>
        <w:rPr>
          <w:b/>
          <w:noProof/>
          <w:color w:val="76B82A"/>
          <w:sz w:val="19"/>
        </w:rPr>
        <w:drawing>
          <wp:anchor distT="0" distB="0" distL="114300" distR="114300" simplePos="0" relativeHeight="251658240" behindDoc="0" locked="0" layoutInCell="1" allowOverlap="1" wp14:anchorId="19791BB1" wp14:editId="71F76C48">
            <wp:simplePos x="0" y="0"/>
            <wp:positionH relativeFrom="column">
              <wp:posOffset>62865</wp:posOffset>
            </wp:positionH>
            <wp:positionV relativeFrom="paragraph">
              <wp:posOffset>113030</wp:posOffset>
            </wp:positionV>
            <wp:extent cx="1021080" cy="831215"/>
            <wp:effectExtent l="0" t="0" r="0" b="0"/>
            <wp:wrapThrough wrapText="bothSides">
              <wp:wrapPolygon edited="0">
                <wp:start x="0" y="0"/>
                <wp:lineTo x="0" y="21121"/>
                <wp:lineTo x="21224" y="21121"/>
                <wp:lineTo x="21224" y="0"/>
                <wp:lineTo x="0" y="0"/>
              </wp:wrapPolygon>
            </wp:wrapThrough>
            <wp:docPr id="183742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422389" name="Picture 183742238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BBC114" w14:textId="4E70CE19" w:rsidR="00CF614D" w:rsidRDefault="00CF614D">
      <w:pPr>
        <w:spacing w:before="40" w:after="40" w:line="240" w:lineRule="auto"/>
        <w:jc w:val="center"/>
        <w:rPr>
          <w:b/>
          <w:color w:val="76B82A"/>
          <w:sz w:val="19"/>
        </w:rPr>
      </w:pPr>
    </w:p>
    <w:p w14:paraId="403F3C02" w14:textId="20C03453" w:rsidR="00CF614D" w:rsidRDefault="00CF614D" w:rsidP="00CF614D">
      <w:pPr>
        <w:spacing w:before="40" w:after="40" w:line="240" w:lineRule="auto"/>
        <w:rPr>
          <w:b/>
          <w:color w:val="76B82A"/>
          <w:sz w:val="19"/>
        </w:rPr>
      </w:pPr>
    </w:p>
    <w:p w14:paraId="45CA9CCF" w14:textId="1870F3A2" w:rsidR="005B4F06" w:rsidRDefault="00A3129B" w:rsidP="00CF614D">
      <w:pPr>
        <w:spacing w:before="40" w:after="40" w:line="240" w:lineRule="auto"/>
        <w:ind w:left="3600"/>
      </w:pPr>
      <w:r>
        <w:rPr>
          <w:b/>
          <w:color w:val="76B82A"/>
          <w:sz w:val="19"/>
        </w:rPr>
        <w:t>NEMZETKÖZI JUNIOR</w:t>
      </w:r>
    </w:p>
    <w:p w14:paraId="08EE898B" w14:textId="77777777" w:rsidR="005B4F06" w:rsidRPr="00CF614D" w:rsidRDefault="00A3129B" w:rsidP="00CF614D">
      <w:pPr>
        <w:keepNext/>
        <w:keepLines/>
        <w:spacing w:after="120" w:line="240" w:lineRule="auto"/>
        <w:ind w:firstLine="720"/>
        <w:rPr>
          <w:sz w:val="15"/>
          <w:szCs w:val="20"/>
        </w:rPr>
      </w:pPr>
      <w:r w:rsidRPr="00CF614D">
        <w:rPr>
          <w:b/>
          <w:sz w:val="32"/>
          <w:szCs w:val="20"/>
        </w:rPr>
        <w:t>VERSENYKÍSÉRÉSI KÉRELEM</w:t>
      </w:r>
    </w:p>
    <w:tbl>
      <w:tblPr>
        <w:tblW w:w="10080" w:type="dxa"/>
        <w:tblInd w:w="150" w:type="dxa"/>
        <w:tblBorders>
          <w:top w:val="single" w:sz="7" w:space="0" w:color="76B82A"/>
          <w:left w:val="single" w:sz="7" w:space="0" w:color="76B82A"/>
          <w:bottom w:val="single" w:sz="7" w:space="0" w:color="76B82A"/>
          <w:right w:val="single" w:sz="7" w:space="0" w:color="76B82A"/>
          <w:insideH w:val="single" w:sz="7" w:space="0" w:color="76B82A"/>
          <w:insideV w:val="single" w:sz="7" w:space="0" w:color="76B82A"/>
        </w:tblBorders>
        <w:tblLayout w:type="fixed"/>
        <w:tblLook w:val="04A0" w:firstRow="1" w:lastRow="0" w:firstColumn="1" w:lastColumn="0" w:noHBand="0" w:noVBand="1"/>
      </w:tblPr>
      <w:tblGrid>
        <w:gridCol w:w="10080"/>
      </w:tblGrid>
      <w:tr w:rsidR="005B4F06" w14:paraId="331CCB22" w14:textId="77777777">
        <w:tc>
          <w:tcPr>
            <w:tcW w:w="10080" w:type="dxa"/>
            <w:shd w:val="clear" w:color="auto" w:fill="F4F8F0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421F52E4" w14:textId="77777777" w:rsidR="005B4F06" w:rsidRDefault="00A3129B">
            <w:pPr>
              <w:spacing w:after="60"/>
            </w:pPr>
            <w:r>
              <w:rPr>
                <w:b/>
                <w:color w:val="3F6B16"/>
              </w:rPr>
              <w:t>Fontos tudnivalók</w:t>
            </w:r>
          </w:p>
          <w:p w14:paraId="46BBD3E9" w14:textId="77777777" w:rsidR="005B4F06" w:rsidRDefault="00A3129B">
            <w:pPr>
              <w:spacing w:after="30" w:line="240" w:lineRule="auto"/>
              <w:ind w:left="255" w:hanging="198"/>
            </w:pPr>
            <w:r>
              <w:rPr>
                <w:b/>
                <w:color w:val="76B82A"/>
                <w:sz w:val="17"/>
              </w:rPr>
              <w:t xml:space="preserve">• </w:t>
            </w:r>
            <w:r>
              <w:rPr>
                <w:sz w:val="17"/>
              </w:rPr>
              <w:t xml:space="preserve">A kérelem az MTSZ </w:t>
            </w:r>
            <w:proofErr w:type="spellStart"/>
            <w:r>
              <w:rPr>
                <w:sz w:val="17"/>
              </w:rPr>
              <w:t>nemzetközi</w:t>
            </w:r>
            <w:proofErr w:type="spellEnd"/>
            <w:r>
              <w:rPr>
                <w:sz w:val="17"/>
              </w:rPr>
              <w:t xml:space="preserve"> junior </w:t>
            </w:r>
            <w:proofErr w:type="spellStart"/>
            <w:r>
              <w:rPr>
                <w:sz w:val="17"/>
              </w:rPr>
              <w:t>versenyeztetési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proofErr w:type="gramStart"/>
            <w:r>
              <w:rPr>
                <w:sz w:val="17"/>
              </w:rPr>
              <w:t>programjának</w:t>
            </w:r>
            <w:proofErr w:type="spellEnd"/>
            <w:r>
              <w:rPr>
                <w:sz w:val="17"/>
              </w:rPr>
              <w:t xml:space="preserve">  –</w:t>
            </w:r>
            <w:proofErr w:type="gramEnd"/>
            <w:r>
              <w:rPr>
                <w:sz w:val="17"/>
              </w:rPr>
              <w:t xml:space="preserve"> MTSZ </w:t>
            </w:r>
            <w:proofErr w:type="spellStart"/>
            <w:r w:rsidR="001A3D95">
              <w:rPr>
                <w:sz w:val="17"/>
              </w:rPr>
              <w:t>kérelem</w:t>
            </w:r>
            <w:proofErr w:type="spellEnd"/>
            <w:r w:rsidR="001A3D95">
              <w:rPr>
                <w:sz w:val="17"/>
              </w:rPr>
              <w:t xml:space="preserve"> </w:t>
            </w:r>
            <w:proofErr w:type="spellStart"/>
            <w:r w:rsidR="001A3D95">
              <w:rPr>
                <w:sz w:val="17"/>
              </w:rPr>
              <w:t>általi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kategóriájára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vonatkozik</w:t>
            </w:r>
            <w:proofErr w:type="spellEnd"/>
            <w:r>
              <w:rPr>
                <w:sz w:val="17"/>
              </w:rPr>
              <w:t>.</w:t>
            </w:r>
          </w:p>
          <w:p w14:paraId="2EBD7EBE" w14:textId="77777777" w:rsidR="001A3D95" w:rsidRPr="001A3D95" w:rsidRDefault="00A3129B" w:rsidP="001A3D95">
            <w:pPr>
              <w:spacing w:after="30" w:line="240" w:lineRule="auto"/>
              <w:ind w:left="255" w:hanging="198"/>
              <w:rPr>
                <w:sz w:val="17"/>
              </w:rPr>
            </w:pPr>
            <w:r>
              <w:rPr>
                <w:b/>
                <w:color w:val="76B82A"/>
                <w:sz w:val="17"/>
              </w:rPr>
              <w:t xml:space="preserve">• </w:t>
            </w:r>
            <w:r>
              <w:rPr>
                <w:sz w:val="17"/>
              </w:rPr>
              <w:t xml:space="preserve">Jóváhagyás esetén az MTSZ az adott versenyre </w:t>
            </w:r>
            <w:proofErr w:type="spellStart"/>
            <w:r>
              <w:rPr>
                <w:sz w:val="17"/>
              </w:rPr>
              <w:t>edzőt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és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minibuszt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biztosít</w:t>
            </w:r>
            <w:proofErr w:type="spellEnd"/>
            <w:r>
              <w:rPr>
                <w:sz w:val="17"/>
              </w:rPr>
              <w:t xml:space="preserve">; a </w:t>
            </w:r>
            <w:proofErr w:type="spellStart"/>
            <w:r>
              <w:rPr>
                <w:sz w:val="17"/>
              </w:rPr>
              <w:t>kapcsolódó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költségeket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játékosok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viselik</w:t>
            </w:r>
            <w:proofErr w:type="spellEnd"/>
            <w:r>
              <w:rPr>
                <w:sz w:val="17"/>
              </w:rPr>
              <w:t>.</w:t>
            </w:r>
          </w:p>
          <w:p w14:paraId="36B4047C" w14:textId="77777777" w:rsidR="005B4F06" w:rsidRDefault="00A3129B">
            <w:pPr>
              <w:spacing w:after="30" w:line="240" w:lineRule="auto"/>
              <w:ind w:left="255" w:hanging="198"/>
            </w:pPr>
            <w:r>
              <w:rPr>
                <w:b/>
                <w:color w:val="76B82A"/>
                <w:sz w:val="17"/>
              </w:rPr>
              <w:t xml:space="preserve">• </w:t>
            </w:r>
            <w:r>
              <w:rPr>
                <w:sz w:val="17"/>
              </w:rPr>
              <w:t xml:space="preserve">A kérelmet </w:t>
            </w:r>
            <w:proofErr w:type="spellStart"/>
            <w:r>
              <w:rPr>
                <w:sz w:val="17"/>
              </w:rPr>
              <w:t>legkésőbb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verseny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kezdete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előtt</w:t>
            </w:r>
            <w:proofErr w:type="spellEnd"/>
            <w:r>
              <w:rPr>
                <w:sz w:val="17"/>
              </w:rPr>
              <w:t xml:space="preserve"> 3 </w:t>
            </w:r>
            <w:proofErr w:type="spellStart"/>
            <w:r>
              <w:rPr>
                <w:sz w:val="17"/>
              </w:rPr>
              <w:t>héttel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kell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benyújtani</w:t>
            </w:r>
            <w:proofErr w:type="spellEnd"/>
            <w:r w:rsidR="001A3D95">
              <w:rPr>
                <w:sz w:val="17"/>
              </w:rPr>
              <w:t xml:space="preserve">, </w:t>
            </w:r>
            <w:proofErr w:type="spellStart"/>
            <w:r w:rsidR="001A3D95">
              <w:rPr>
                <w:sz w:val="17"/>
              </w:rPr>
              <w:t>legalább</w:t>
            </w:r>
            <w:proofErr w:type="spellEnd"/>
            <w:r w:rsidR="001A3D95">
              <w:rPr>
                <w:sz w:val="17"/>
              </w:rPr>
              <w:t xml:space="preserve">. 3 </w:t>
            </w:r>
            <w:proofErr w:type="spellStart"/>
            <w:r w:rsidR="001A3D95">
              <w:rPr>
                <w:sz w:val="17"/>
              </w:rPr>
              <w:t>részt</w:t>
            </w:r>
            <w:proofErr w:type="spellEnd"/>
            <w:r w:rsidR="001A3D95">
              <w:rPr>
                <w:sz w:val="17"/>
              </w:rPr>
              <w:t xml:space="preserve"> </w:t>
            </w:r>
            <w:proofErr w:type="spellStart"/>
            <w:r w:rsidR="001A3D95">
              <w:rPr>
                <w:sz w:val="17"/>
              </w:rPr>
              <w:t>venni</w:t>
            </w:r>
            <w:proofErr w:type="spellEnd"/>
            <w:r w:rsidR="001A3D95">
              <w:rPr>
                <w:sz w:val="17"/>
              </w:rPr>
              <w:t xml:space="preserve"> </w:t>
            </w:r>
            <w:proofErr w:type="spellStart"/>
            <w:r w:rsidR="001A3D95">
              <w:rPr>
                <w:sz w:val="17"/>
              </w:rPr>
              <w:t>kivánó</w:t>
            </w:r>
            <w:proofErr w:type="spellEnd"/>
            <w:r w:rsidR="001A3D95">
              <w:rPr>
                <w:sz w:val="17"/>
              </w:rPr>
              <w:t xml:space="preserve"> </w:t>
            </w:r>
            <w:proofErr w:type="spellStart"/>
            <w:r w:rsidR="001A3D95">
              <w:rPr>
                <w:sz w:val="17"/>
              </w:rPr>
              <w:t>játékos</w:t>
            </w:r>
            <w:proofErr w:type="spellEnd"/>
            <w:r w:rsidR="001A3D95">
              <w:rPr>
                <w:sz w:val="17"/>
              </w:rPr>
              <w:t xml:space="preserve"> </w:t>
            </w:r>
            <w:proofErr w:type="spellStart"/>
            <w:r w:rsidR="001A3D95">
              <w:rPr>
                <w:sz w:val="17"/>
              </w:rPr>
              <w:t>esetén</w:t>
            </w:r>
            <w:proofErr w:type="spellEnd"/>
            <w:r w:rsidR="001A3D95">
              <w:rPr>
                <w:sz w:val="17"/>
              </w:rPr>
              <w:t xml:space="preserve"> </w:t>
            </w:r>
            <w:proofErr w:type="spellStart"/>
            <w:r w:rsidR="001A3D95">
              <w:rPr>
                <w:sz w:val="17"/>
              </w:rPr>
              <w:t>bírálható</w:t>
            </w:r>
            <w:proofErr w:type="spellEnd"/>
            <w:r w:rsidR="001A3D95">
              <w:rPr>
                <w:sz w:val="17"/>
              </w:rPr>
              <w:t xml:space="preserve"> el.</w:t>
            </w:r>
          </w:p>
        </w:tc>
      </w:tr>
    </w:tbl>
    <w:p w14:paraId="72A9B921" w14:textId="77777777" w:rsidR="005B4F06" w:rsidRDefault="00A3129B">
      <w:pPr>
        <w:keepNext/>
        <w:keepLines/>
        <w:shd w:val="clear" w:color="auto" w:fill="3F6B16"/>
        <w:spacing w:before="80" w:line="240" w:lineRule="auto"/>
      </w:pPr>
      <w:r>
        <w:t xml:space="preserve">  </w:t>
      </w:r>
      <w:r>
        <w:rPr>
          <w:b/>
          <w:color w:val="FFFFFF"/>
          <w:sz w:val="21"/>
        </w:rPr>
        <w:t>1. A kérelmező adatai</w:t>
      </w:r>
    </w:p>
    <w:tbl>
      <w:tblPr>
        <w:tblW w:w="10080" w:type="dxa"/>
        <w:tblInd w:w="120" w:type="dxa"/>
        <w:tblBorders>
          <w:top w:val="single" w:sz="5" w:space="0" w:color="C9D1CC"/>
          <w:left w:val="single" w:sz="5" w:space="0" w:color="C9D1CC"/>
          <w:bottom w:val="single" w:sz="5" w:space="0" w:color="C9D1CC"/>
          <w:right w:val="single" w:sz="5" w:space="0" w:color="C9D1CC"/>
          <w:insideH w:val="single" w:sz="5" w:space="0" w:color="C9D1CC"/>
          <w:insideV w:val="single" w:sz="5" w:space="0" w:color="C9D1CC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3190"/>
        <w:gridCol w:w="1750"/>
        <w:gridCol w:w="3290"/>
      </w:tblGrid>
      <w:tr w:rsidR="005B4F06" w14:paraId="6B83F936" w14:textId="77777777">
        <w:trPr>
          <w:cantSplit/>
          <w:trHeight w:val="42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3028C3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Kérelmező(k) neve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98B1C1" w14:textId="77777777" w:rsidR="005B4F06" w:rsidRDefault="005B4F06">
            <w:pPr>
              <w:spacing w:after="0" w:line="240" w:lineRule="auto"/>
            </w:pPr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E82F20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Kérelmező minősége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64BBC3" w14:textId="77777777" w:rsidR="005B4F06" w:rsidRDefault="00000000">
            <w:pPr>
              <w:spacing w:after="0" w:line="240" w:lineRule="auto"/>
            </w:pPr>
            <w:sdt>
              <w:sdtPr>
                <w:alias w:val="Kerelmezo Minosege"/>
                <w:tag w:val="kerelmezo_minosege"/>
                <w:id w:val="3002"/>
                <w:showingPlcHdr/>
                <w:dropDownList>
                  <w:listItem w:displayText="Válasszon..." w:value=""/>
                  <w:listItem w:displayText="Szülő / gondviselő" w:value="Szülő / gondviselő"/>
                  <w:listItem w:displayText="Edző" w:value="Edző"/>
                  <w:listItem w:displayText="Klub képviselője" w:value="Klub képviselője"/>
                  <w:listItem w:displayText="Szülő / gondviselő és edző" w:value="Szülő / gondviselő és edző"/>
                  <w:listItem w:displayText="Egyéb" w:value="Egyéb"/>
                </w:dropDownList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Válasszon...</w:t>
                </w:r>
              </w:sdtContent>
            </w:sdt>
          </w:p>
        </w:tc>
      </w:tr>
      <w:tr w:rsidR="005B4F06" w14:paraId="383A12DE" w14:textId="77777777">
        <w:trPr>
          <w:cantSplit/>
          <w:trHeight w:val="42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FC707F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Képviselt játékos / klub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7496EC" w14:textId="77777777" w:rsidR="005B4F06" w:rsidRDefault="00000000">
            <w:pPr>
              <w:spacing w:after="0" w:line="240" w:lineRule="auto"/>
            </w:pPr>
            <w:sdt>
              <w:sdtPr>
                <w:alias w:val="Kepviselt Jatekos Klub"/>
                <w:tag w:val="kepviselt_jatekos_klub"/>
                <w:id w:val="3003"/>
                <w:showingPlcHdr/>
                <w:text/>
              </w:sdtPr>
              <w:sdtContent>
                <w:r w:rsidR="001A3D95">
                  <w:t xml:space="preserve">     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CEACF5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Kapcsolattartó neve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CE08F2" w14:textId="77777777" w:rsidR="005B4F06" w:rsidRDefault="00000000">
            <w:pPr>
              <w:spacing w:after="0" w:line="240" w:lineRule="auto"/>
            </w:pPr>
            <w:sdt>
              <w:sdtPr>
                <w:alias w:val="Kapcsolattarto Neve"/>
                <w:tag w:val="kapcsolattarto_neve"/>
                <w:id w:val="3004"/>
                <w:showingPlcHdr/>
                <w:text/>
              </w:sdtPr>
              <w:sdtContent>
                <w:r w:rsidR="001A3D95">
                  <w:t xml:space="preserve">     </w:t>
                </w:r>
              </w:sdtContent>
            </w:sdt>
          </w:p>
        </w:tc>
      </w:tr>
      <w:tr w:rsidR="005B4F06" w14:paraId="6F62C14E" w14:textId="77777777">
        <w:trPr>
          <w:cantSplit/>
          <w:trHeight w:val="42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F29828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Telefonszám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C3F146" w14:textId="77777777" w:rsidR="005B4F06" w:rsidRDefault="00000000">
            <w:pPr>
              <w:spacing w:after="0" w:line="240" w:lineRule="auto"/>
            </w:pPr>
            <w:sdt>
              <w:sdtPr>
                <w:alias w:val="Telefonszam"/>
                <w:tag w:val="telefonszam"/>
                <w:id w:val="3005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+36 ...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0BF3DA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E-mail-cím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96E1D7" w14:textId="77777777" w:rsidR="005B4F06" w:rsidRDefault="00000000">
            <w:pPr>
              <w:spacing w:after="0" w:line="240" w:lineRule="auto"/>
            </w:pPr>
            <w:sdt>
              <w:sdtPr>
                <w:alias w:val="Email"/>
                <w:tag w:val="email"/>
                <w:id w:val="3006"/>
                <w:showingPlcHdr/>
                <w:text/>
              </w:sdtPr>
              <w:sdtContent>
                <w:r w:rsidR="001A3D95">
                  <w:t xml:space="preserve">     </w:t>
                </w:r>
              </w:sdtContent>
            </w:sdt>
          </w:p>
        </w:tc>
      </w:tr>
    </w:tbl>
    <w:p w14:paraId="3A9EC320" w14:textId="77777777" w:rsidR="005B4F06" w:rsidRDefault="00A3129B">
      <w:pPr>
        <w:keepNext/>
        <w:keepLines/>
        <w:shd w:val="clear" w:color="auto" w:fill="3F6B16"/>
        <w:spacing w:before="80" w:line="240" w:lineRule="auto"/>
      </w:pPr>
      <w:r>
        <w:t xml:space="preserve">  </w:t>
      </w:r>
      <w:r>
        <w:rPr>
          <w:b/>
          <w:color w:val="FFFFFF"/>
          <w:sz w:val="21"/>
        </w:rPr>
        <w:t>2. A verseny adatai</w:t>
      </w:r>
    </w:p>
    <w:tbl>
      <w:tblPr>
        <w:tblW w:w="10080" w:type="dxa"/>
        <w:tblInd w:w="120" w:type="dxa"/>
        <w:tblBorders>
          <w:top w:val="single" w:sz="5" w:space="0" w:color="C9D1CC"/>
          <w:left w:val="single" w:sz="5" w:space="0" w:color="C9D1CC"/>
          <w:bottom w:val="single" w:sz="5" w:space="0" w:color="C9D1CC"/>
          <w:right w:val="single" w:sz="5" w:space="0" w:color="C9D1CC"/>
          <w:insideH w:val="single" w:sz="5" w:space="0" w:color="C9D1CC"/>
          <w:insideV w:val="single" w:sz="5" w:space="0" w:color="C9D1CC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3190"/>
        <w:gridCol w:w="1750"/>
        <w:gridCol w:w="3290"/>
      </w:tblGrid>
      <w:tr w:rsidR="005B4F06" w14:paraId="2F9741C5" w14:textId="77777777">
        <w:trPr>
          <w:cantSplit/>
          <w:trHeight w:val="42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B06AC7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Verseny neve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FD516C" w14:textId="77777777" w:rsidR="005B4F06" w:rsidRDefault="00000000">
            <w:pPr>
              <w:spacing w:after="0" w:line="240" w:lineRule="auto"/>
            </w:pPr>
            <w:sdt>
              <w:sdtPr>
                <w:alias w:val="Verseny Neve"/>
                <w:tag w:val="verseny_neve"/>
                <w:id w:val="3007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A verseny hivatalos neve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29831D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Helyszín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97B213" w14:textId="77777777" w:rsidR="005B4F06" w:rsidRDefault="00000000">
            <w:pPr>
              <w:spacing w:after="0" w:line="240" w:lineRule="auto"/>
            </w:pPr>
            <w:sdt>
              <w:sdtPr>
                <w:alias w:val="Verseny Helyszine"/>
                <w:tag w:val="verseny_helyszine"/>
                <w:id w:val="3008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Város, ország</w:t>
                </w:r>
              </w:sdtContent>
            </w:sdt>
          </w:p>
        </w:tc>
      </w:tr>
      <w:tr w:rsidR="005B4F06" w14:paraId="0BEE4297" w14:textId="77777777">
        <w:trPr>
          <w:cantSplit/>
          <w:trHeight w:val="42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C2E540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Versenysorozat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E1BB6A" w14:textId="77777777" w:rsidR="005B4F06" w:rsidRDefault="00000000">
            <w:pPr>
              <w:spacing w:after="0" w:line="240" w:lineRule="auto"/>
            </w:pPr>
            <w:sdt>
              <w:sdtPr>
                <w:alias w:val="Versenysorozat"/>
                <w:tag w:val="versenysorozat"/>
                <w:id w:val="3009"/>
                <w:showingPlcHdr/>
                <w:dropDownList>
                  <w:listItem w:displayText="Válasszon..." w:value=""/>
                  <w:listItem w:displayText="ITF World Tennis Tour Juniors" w:value="ITF World Tennis Tour Juniors"/>
                  <w:listItem w:displayText="Tennis Europe Junior Tour" w:value="Tennis Europe Junior Tour"/>
                </w:dropDownList>
              </w:sdtPr>
              <w:sdtContent>
                <w:r w:rsidR="001A3D95">
                  <w:t xml:space="preserve">     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DFB251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6"/>
              </w:rPr>
              <w:t>Versenykategória</w:t>
            </w:r>
            <w:r>
              <w:rPr>
                <w:b/>
                <w:color w:val="E51F2B"/>
                <w:sz w:val="16"/>
              </w:rPr>
              <w:t> *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C89AFA" w14:textId="77777777" w:rsidR="005B4F06" w:rsidRDefault="00000000">
            <w:pPr>
              <w:spacing w:after="0" w:line="240" w:lineRule="auto"/>
            </w:pPr>
            <w:sdt>
              <w:sdtPr>
                <w:alias w:val="Versenykategoria"/>
                <w:tag w:val="versenykategoria"/>
                <w:id w:val="3010"/>
                <w:showingPlcHdr/>
                <w:dropDownList>
                  <w:listItem w:displayText="Válasszon..." w:value=""/>
                  <w:listItem w:displayText="J30" w:value="J30"/>
                  <w:listItem w:displayText="J60" w:value="J60"/>
                  <w:listItem w:displayText="J100" w:value="J100"/>
                  <w:listItem w:displayText="J200" w:value="J200"/>
                  <w:listItem w:displayText="J300" w:value="J300"/>
                  <w:listItem w:displayText="TE 3" w:value="TE 3"/>
                  <w:listItem w:displayText="TE 2" w:value="TE 2"/>
                  <w:listItem w:displayText="TE 1" w:value="TE 1"/>
                  <w:listItem w:displayText="Egyéb" w:value="Egyéb"/>
                </w:dropDownList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Válasszon...</w:t>
                </w:r>
              </w:sdtContent>
            </w:sdt>
          </w:p>
        </w:tc>
      </w:tr>
      <w:tr w:rsidR="005B4F06" w14:paraId="515B848E" w14:textId="77777777">
        <w:trPr>
          <w:cantSplit/>
          <w:trHeight w:val="42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7D3F32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Verseny kezdete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EE3EAD" w14:textId="77777777" w:rsidR="005B4F06" w:rsidRDefault="00000000">
            <w:pPr>
              <w:spacing w:after="0" w:line="240" w:lineRule="auto"/>
            </w:pPr>
            <w:sdt>
              <w:sdtPr>
                <w:alias w:val="Verseny Kezdete"/>
                <w:tag w:val="verseny_kezdete"/>
                <w:id w:val="3011"/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ÉÉÉÉ. HH. NN.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E740B4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Verseny vége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A9E24D" w14:textId="77777777" w:rsidR="005B4F06" w:rsidRDefault="00000000">
            <w:pPr>
              <w:spacing w:after="0" w:line="240" w:lineRule="auto"/>
            </w:pPr>
            <w:sdt>
              <w:sdtPr>
                <w:alias w:val="Verseny Vege"/>
                <w:tag w:val="verseny_vege"/>
                <w:id w:val="3012"/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ÉÉÉÉ. HH. NN.</w:t>
                </w:r>
              </w:sdtContent>
            </w:sdt>
          </w:p>
        </w:tc>
      </w:tr>
      <w:tr w:rsidR="005B4F06" w14:paraId="26C7B427" w14:textId="77777777">
        <w:trPr>
          <w:cantSplit/>
          <w:trHeight w:val="42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F91A98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Nevezési határidő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7E1F58" w14:textId="77777777" w:rsidR="005B4F06" w:rsidRDefault="00000000">
            <w:pPr>
              <w:spacing w:after="0" w:line="240" w:lineRule="auto"/>
            </w:pPr>
            <w:sdt>
              <w:sdtPr>
                <w:alias w:val="Nevezesi Hatarido"/>
                <w:tag w:val="nevezesi_hatarido"/>
                <w:id w:val="3013"/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ÉÉÉÉ. HH. NN.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8562EA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Hivatalos versenyoldal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306CB8" w14:textId="77777777" w:rsidR="005B4F06" w:rsidRDefault="00000000">
            <w:pPr>
              <w:spacing w:after="0" w:line="240" w:lineRule="auto"/>
            </w:pPr>
            <w:sdt>
              <w:sdtPr>
                <w:alias w:val="Versenyoldal"/>
                <w:tag w:val="versenyoldal"/>
                <w:id w:val="3014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Webcím</w:t>
                </w:r>
              </w:sdtContent>
            </w:sdt>
          </w:p>
        </w:tc>
      </w:tr>
      <w:tr w:rsidR="005B4F06" w14:paraId="3205E5FC" w14:textId="77777777">
        <w:trPr>
          <w:cantSplit/>
          <w:trHeight w:val="65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6F676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Rövid szakmai indoklás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39F2D8" w14:textId="77777777" w:rsidR="005B4F06" w:rsidRDefault="00000000">
            <w:pPr>
              <w:spacing w:after="0" w:line="240" w:lineRule="auto"/>
            </w:pPr>
            <w:sdt>
              <w:sdtPr>
                <w:alias w:val="Szakmai Indoklas 1"/>
                <w:tag w:val="szakmai_indoklas_1"/>
                <w:id w:val="3015"/>
                <w:showingPlcHdr/>
                <w:text w:multiLine="1"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A részvétel célja és szakmai indokoltsága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262A7B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Kiemelt körülmény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385446" w14:textId="77777777" w:rsidR="005B4F06" w:rsidRDefault="00000000">
            <w:pPr>
              <w:spacing w:after="0" w:line="240" w:lineRule="auto"/>
            </w:pPr>
            <w:sdt>
              <w:sdtPr>
                <w:alias w:val="Kiemelt Korulmeny"/>
                <w:tag w:val="kiemelt_korulmeny"/>
                <w:id w:val="3016"/>
                <w:showingPlcHdr/>
                <w:text w:multiLine="1"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Szükség esetén röviden</w:t>
                </w:r>
              </w:sdtContent>
            </w:sdt>
          </w:p>
        </w:tc>
      </w:tr>
    </w:tbl>
    <w:p w14:paraId="2754C53F" w14:textId="77777777" w:rsidR="005B4F06" w:rsidRDefault="00A3129B">
      <w:pPr>
        <w:keepNext/>
        <w:keepLines/>
        <w:shd w:val="clear" w:color="auto" w:fill="3F6B16"/>
        <w:spacing w:before="80" w:line="240" w:lineRule="auto"/>
      </w:pPr>
      <w:r>
        <w:t xml:space="preserve">  </w:t>
      </w:r>
      <w:r>
        <w:rPr>
          <w:b/>
          <w:color w:val="FFFFFF"/>
          <w:sz w:val="21"/>
        </w:rPr>
        <w:t>3. A versenyen részt vevő játékosok</w:t>
      </w:r>
    </w:p>
    <w:tbl>
      <w:tblPr>
        <w:tblW w:w="10080" w:type="dxa"/>
        <w:tblInd w:w="120" w:type="dxa"/>
        <w:tblBorders>
          <w:top w:val="single" w:sz="5" w:space="0" w:color="C9D1CC"/>
          <w:left w:val="single" w:sz="5" w:space="0" w:color="C9D1CC"/>
          <w:bottom w:val="single" w:sz="5" w:space="0" w:color="C9D1CC"/>
          <w:right w:val="single" w:sz="5" w:space="0" w:color="C9D1CC"/>
          <w:insideH w:val="single" w:sz="5" w:space="0" w:color="C9D1CC"/>
          <w:insideV w:val="single" w:sz="5" w:space="0" w:color="C9D1CC"/>
        </w:tblBorders>
        <w:tblLayout w:type="fixed"/>
        <w:tblLook w:val="04A0" w:firstRow="1" w:lastRow="0" w:firstColumn="1" w:lastColumn="0" w:noHBand="0" w:noVBand="1"/>
      </w:tblPr>
      <w:tblGrid>
        <w:gridCol w:w="4300"/>
        <w:gridCol w:w="5780"/>
      </w:tblGrid>
      <w:tr w:rsidR="005B4F06" w14:paraId="094D62E0" w14:textId="77777777">
        <w:trPr>
          <w:cantSplit/>
          <w:trHeight w:val="420"/>
        </w:trPr>
        <w:tc>
          <w:tcPr>
            <w:tcW w:w="430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1FCD69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Részt vevő játékosok száma (minimum 3)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578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1838F2" w14:textId="77777777" w:rsidR="005B4F06" w:rsidRDefault="00000000">
            <w:pPr>
              <w:spacing w:after="0" w:line="240" w:lineRule="auto"/>
            </w:pPr>
            <w:sdt>
              <w:sdtPr>
                <w:alias w:val="Jatekosok Szama"/>
                <w:tag w:val="jatekosok_szama"/>
                <w:id w:val="3017"/>
                <w:showingPlcHdr/>
                <w:dropDownList>
                  <w:listItem w:displayText="Válasszon..." w:value="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 vagy több" w:value="10 vagy több"/>
                </w:dropDownList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Válasszon...</w:t>
                </w:r>
              </w:sdtContent>
            </w:sdt>
          </w:p>
        </w:tc>
      </w:tr>
    </w:tbl>
    <w:p w14:paraId="78D6DF5F" w14:textId="77777777" w:rsidR="005B4F06" w:rsidRDefault="00A3129B">
      <w:pPr>
        <w:spacing w:before="40"/>
      </w:pPr>
      <w:r>
        <w:rPr>
          <w:color w:val="5D6661"/>
          <w:sz w:val="16"/>
        </w:rPr>
        <w:t>A névsort az alábbi táblázatban kell megadni. Nyolcnál több játékos esetén külön melléklet csatolható.</w:t>
      </w:r>
    </w:p>
    <w:tbl>
      <w:tblPr>
        <w:tblW w:w="10080" w:type="dxa"/>
        <w:tblInd w:w="120" w:type="dxa"/>
        <w:tblBorders>
          <w:top w:val="single" w:sz="5" w:space="0" w:color="C9D1CC"/>
          <w:left w:val="single" w:sz="5" w:space="0" w:color="C9D1CC"/>
          <w:bottom w:val="single" w:sz="5" w:space="0" w:color="C9D1CC"/>
          <w:right w:val="single" w:sz="5" w:space="0" w:color="C9D1CC"/>
          <w:insideH w:val="single" w:sz="5" w:space="0" w:color="C9D1CC"/>
          <w:insideV w:val="single" w:sz="5" w:space="0" w:color="C9D1CC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4040"/>
        <w:gridCol w:w="1750"/>
        <w:gridCol w:w="3640"/>
      </w:tblGrid>
      <w:tr w:rsidR="005B4F06" w14:paraId="5834815F" w14:textId="77777777">
        <w:trPr>
          <w:cantSplit/>
          <w:trHeight w:val="360"/>
          <w:tblHeader/>
        </w:trPr>
        <w:tc>
          <w:tcPr>
            <w:tcW w:w="650" w:type="dxa"/>
            <w:shd w:val="clear" w:color="auto" w:fill="3F6B1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4441F6" w14:textId="77777777" w:rsidR="005B4F06" w:rsidRDefault="00A3129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Ssz.</w:t>
            </w:r>
          </w:p>
        </w:tc>
        <w:tc>
          <w:tcPr>
            <w:tcW w:w="4040" w:type="dxa"/>
            <w:shd w:val="clear" w:color="auto" w:fill="3F6B1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A35D58" w14:textId="77777777" w:rsidR="005B4F06" w:rsidRDefault="00A3129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Játékos neve *</w:t>
            </w:r>
          </w:p>
        </w:tc>
        <w:tc>
          <w:tcPr>
            <w:tcW w:w="1750" w:type="dxa"/>
            <w:shd w:val="clear" w:color="auto" w:fill="3F6B1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40F727" w14:textId="77777777" w:rsidR="005B4F06" w:rsidRDefault="00A3129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Születési év</w:t>
            </w:r>
          </w:p>
        </w:tc>
        <w:tc>
          <w:tcPr>
            <w:tcW w:w="3640" w:type="dxa"/>
            <w:shd w:val="clear" w:color="auto" w:fill="3F6B1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564227" w14:textId="77777777" w:rsidR="005B4F06" w:rsidRDefault="00A3129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Egyesület</w:t>
            </w:r>
          </w:p>
        </w:tc>
      </w:tr>
      <w:tr w:rsidR="005B4F06" w14:paraId="3481F518" w14:textId="77777777">
        <w:trPr>
          <w:cantSplit/>
          <w:trHeight w:val="330"/>
        </w:trPr>
        <w:tc>
          <w:tcPr>
            <w:tcW w:w="6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5403FB" w14:textId="77777777" w:rsidR="005B4F06" w:rsidRDefault="00A3129B">
            <w:pPr>
              <w:spacing w:after="0" w:line="240" w:lineRule="auto"/>
              <w:jc w:val="center"/>
            </w:pPr>
            <w:r>
              <w:rPr>
                <w:b/>
                <w:color w:val="3F6B16"/>
              </w:rPr>
              <w:t>1</w:t>
            </w:r>
          </w:p>
        </w:tc>
        <w:tc>
          <w:tcPr>
            <w:tcW w:w="40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29B8A8" w14:textId="77777777" w:rsidR="005B4F06" w:rsidRDefault="00000000">
            <w:pPr>
              <w:spacing w:after="0" w:line="240" w:lineRule="auto"/>
            </w:pPr>
            <w:sdt>
              <w:sdtPr>
                <w:alias w:val="Jatekos 1 Neve"/>
                <w:tag w:val="jatekos_1_neve"/>
                <w:id w:val="3018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Teljes név</w:t>
                </w:r>
              </w:sdtContent>
            </w:sdt>
          </w:p>
        </w:tc>
        <w:tc>
          <w:tcPr>
            <w:tcW w:w="175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9DE444" w14:textId="77777777" w:rsidR="005B4F06" w:rsidRDefault="00000000">
            <w:pPr>
              <w:spacing w:after="0" w:line="240" w:lineRule="auto"/>
            </w:pPr>
            <w:sdt>
              <w:sdtPr>
                <w:alias w:val="Jatekos 1 Szuletesi Ev"/>
                <w:tag w:val="jatekos_1_szuletesi_ev"/>
                <w:id w:val="3019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ÉÉÉÉ</w:t>
                </w:r>
              </w:sdtContent>
            </w:sdt>
          </w:p>
        </w:tc>
        <w:tc>
          <w:tcPr>
            <w:tcW w:w="36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4AD95F" w14:textId="77777777" w:rsidR="005B4F06" w:rsidRDefault="00000000">
            <w:pPr>
              <w:spacing w:after="0" w:line="240" w:lineRule="auto"/>
            </w:pPr>
            <w:sdt>
              <w:sdtPr>
                <w:alias w:val="Jatekos 1 Egyesulet"/>
                <w:tag w:val="jatekos_1_egyesulet"/>
                <w:id w:val="3020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Egyesület neve</w:t>
                </w:r>
              </w:sdtContent>
            </w:sdt>
          </w:p>
        </w:tc>
      </w:tr>
      <w:tr w:rsidR="005B4F06" w14:paraId="65D9530D" w14:textId="77777777">
        <w:trPr>
          <w:cantSplit/>
          <w:trHeight w:val="330"/>
        </w:trPr>
        <w:tc>
          <w:tcPr>
            <w:tcW w:w="6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A45C8D" w14:textId="77777777" w:rsidR="005B4F06" w:rsidRDefault="00A3129B">
            <w:pPr>
              <w:spacing w:after="0" w:line="240" w:lineRule="auto"/>
              <w:jc w:val="center"/>
            </w:pPr>
            <w:r>
              <w:rPr>
                <w:b/>
                <w:color w:val="3F6B16"/>
              </w:rPr>
              <w:t>2</w:t>
            </w:r>
          </w:p>
        </w:tc>
        <w:tc>
          <w:tcPr>
            <w:tcW w:w="40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F8E53" w14:textId="77777777" w:rsidR="005B4F06" w:rsidRDefault="00000000">
            <w:pPr>
              <w:spacing w:after="0" w:line="240" w:lineRule="auto"/>
            </w:pPr>
            <w:sdt>
              <w:sdtPr>
                <w:alias w:val="Jatekos 2 Neve"/>
                <w:tag w:val="jatekos_2_neve"/>
                <w:id w:val="3021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Teljes név</w:t>
                </w:r>
              </w:sdtContent>
            </w:sdt>
          </w:p>
        </w:tc>
        <w:tc>
          <w:tcPr>
            <w:tcW w:w="175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83DECB" w14:textId="77777777" w:rsidR="005B4F06" w:rsidRDefault="00000000">
            <w:pPr>
              <w:spacing w:after="0" w:line="240" w:lineRule="auto"/>
            </w:pPr>
            <w:sdt>
              <w:sdtPr>
                <w:alias w:val="Jatekos 2 Szuletesi Ev"/>
                <w:tag w:val="jatekos_2_szuletesi_ev"/>
                <w:id w:val="3022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ÉÉÉÉ</w:t>
                </w:r>
              </w:sdtContent>
            </w:sdt>
          </w:p>
        </w:tc>
        <w:tc>
          <w:tcPr>
            <w:tcW w:w="36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06E704" w14:textId="77777777" w:rsidR="005B4F06" w:rsidRDefault="00000000">
            <w:pPr>
              <w:spacing w:after="0" w:line="240" w:lineRule="auto"/>
            </w:pPr>
            <w:sdt>
              <w:sdtPr>
                <w:alias w:val="Jatekos 2 Egyesulet"/>
                <w:tag w:val="jatekos_2_egyesulet"/>
                <w:id w:val="3023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Egyesület neve</w:t>
                </w:r>
              </w:sdtContent>
            </w:sdt>
          </w:p>
        </w:tc>
      </w:tr>
      <w:tr w:rsidR="005B4F06" w14:paraId="7EE6208B" w14:textId="77777777">
        <w:trPr>
          <w:cantSplit/>
          <w:trHeight w:val="330"/>
        </w:trPr>
        <w:tc>
          <w:tcPr>
            <w:tcW w:w="6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540851" w14:textId="77777777" w:rsidR="005B4F06" w:rsidRDefault="00A3129B">
            <w:pPr>
              <w:spacing w:after="0" w:line="240" w:lineRule="auto"/>
              <w:jc w:val="center"/>
            </w:pPr>
            <w:r>
              <w:rPr>
                <w:b/>
                <w:color w:val="3F6B16"/>
              </w:rPr>
              <w:t>3</w:t>
            </w:r>
          </w:p>
        </w:tc>
        <w:tc>
          <w:tcPr>
            <w:tcW w:w="40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CFE928" w14:textId="77777777" w:rsidR="005B4F06" w:rsidRDefault="00000000">
            <w:pPr>
              <w:spacing w:after="0" w:line="240" w:lineRule="auto"/>
            </w:pPr>
            <w:sdt>
              <w:sdtPr>
                <w:alias w:val="Jatekos 3 Neve"/>
                <w:tag w:val="jatekos_3_neve"/>
                <w:id w:val="3024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Teljes név</w:t>
                </w:r>
              </w:sdtContent>
            </w:sdt>
          </w:p>
        </w:tc>
        <w:tc>
          <w:tcPr>
            <w:tcW w:w="175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30ACA6" w14:textId="77777777" w:rsidR="005B4F06" w:rsidRDefault="00000000">
            <w:pPr>
              <w:spacing w:after="0" w:line="240" w:lineRule="auto"/>
            </w:pPr>
            <w:sdt>
              <w:sdtPr>
                <w:alias w:val="Jatekos 3 Szuletesi Ev"/>
                <w:tag w:val="jatekos_3_szuletesi_ev"/>
                <w:id w:val="3025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ÉÉÉÉ</w:t>
                </w:r>
              </w:sdtContent>
            </w:sdt>
          </w:p>
        </w:tc>
        <w:tc>
          <w:tcPr>
            <w:tcW w:w="36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5C4594" w14:textId="77777777" w:rsidR="005B4F06" w:rsidRDefault="00000000">
            <w:pPr>
              <w:spacing w:after="0" w:line="240" w:lineRule="auto"/>
            </w:pPr>
            <w:sdt>
              <w:sdtPr>
                <w:alias w:val="Jatekos 3 Egyesulet"/>
                <w:tag w:val="jatekos_3_egyesulet"/>
                <w:id w:val="3026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Egyesület neve</w:t>
                </w:r>
              </w:sdtContent>
            </w:sdt>
          </w:p>
        </w:tc>
      </w:tr>
      <w:tr w:rsidR="005B4F06" w14:paraId="612444A8" w14:textId="77777777">
        <w:trPr>
          <w:cantSplit/>
          <w:trHeight w:val="330"/>
        </w:trPr>
        <w:tc>
          <w:tcPr>
            <w:tcW w:w="6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7B7645" w14:textId="77777777" w:rsidR="005B4F06" w:rsidRDefault="00A3129B">
            <w:pPr>
              <w:spacing w:after="0" w:line="240" w:lineRule="auto"/>
              <w:jc w:val="center"/>
            </w:pPr>
            <w:r>
              <w:rPr>
                <w:b/>
                <w:color w:val="3F6B16"/>
              </w:rPr>
              <w:t>4</w:t>
            </w:r>
          </w:p>
        </w:tc>
        <w:tc>
          <w:tcPr>
            <w:tcW w:w="40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7525FB" w14:textId="77777777" w:rsidR="005B4F06" w:rsidRDefault="00000000">
            <w:pPr>
              <w:spacing w:after="0" w:line="240" w:lineRule="auto"/>
            </w:pPr>
            <w:sdt>
              <w:sdtPr>
                <w:alias w:val="Jatekos 4 Neve"/>
                <w:tag w:val="jatekos_4_neve"/>
                <w:id w:val="3027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Teljes név</w:t>
                </w:r>
              </w:sdtContent>
            </w:sdt>
          </w:p>
        </w:tc>
        <w:tc>
          <w:tcPr>
            <w:tcW w:w="175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3F041E" w14:textId="77777777" w:rsidR="005B4F06" w:rsidRDefault="00000000">
            <w:pPr>
              <w:spacing w:after="0" w:line="240" w:lineRule="auto"/>
            </w:pPr>
            <w:sdt>
              <w:sdtPr>
                <w:alias w:val="Jatekos 4 Szuletesi Ev"/>
                <w:tag w:val="jatekos_4_szuletesi_ev"/>
                <w:id w:val="3028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ÉÉÉÉ</w:t>
                </w:r>
              </w:sdtContent>
            </w:sdt>
          </w:p>
        </w:tc>
        <w:tc>
          <w:tcPr>
            <w:tcW w:w="36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8DEF5A" w14:textId="77777777" w:rsidR="005B4F06" w:rsidRDefault="00000000">
            <w:pPr>
              <w:spacing w:after="0" w:line="240" w:lineRule="auto"/>
            </w:pPr>
            <w:sdt>
              <w:sdtPr>
                <w:alias w:val="Jatekos 4 Egyesulet"/>
                <w:tag w:val="jatekos_4_egyesulet"/>
                <w:id w:val="3029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Egyesület neve</w:t>
                </w:r>
              </w:sdtContent>
            </w:sdt>
          </w:p>
        </w:tc>
      </w:tr>
      <w:tr w:rsidR="005B4F06" w14:paraId="45B07856" w14:textId="77777777">
        <w:trPr>
          <w:cantSplit/>
          <w:trHeight w:val="330"/>
        </w:trPr>
        <w:tc>
          <w:tcPr>
            <w:tcW w:w="6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6ACFB3" w14:textId="77777777" w:rsidR="005B4F06" w:rsidRDefault="00A3129B">
            <w:pPr>
              <w:spacing w:after="0" w:line="240" w:lineRule="auto"/>
              <w:jc w:val="center"/>
            </w:pPr>
            <w:r>
              <w:rPr>
                <w:b/>
                <w:color w:val="3F6B16"/>
              </w:rPr>
              <w:t>5</w:t>
            </w:r>
          </w:p>
        </w:tc>
        <w:tc>
          <w:tcPr>
            <w:tcW w:w="40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AEEABB" w14:textId="77777777" w:rsidR="005B4F06" w:rsidRDefault="00000000">
            <w:pPr>
              <w:spacing w:after="0" w:line="240" w:lineRule="auto"/>
            </w:pPr>
            <w:sdt>
              <w:sdtPr>
                <w:alias w:val="Jatekos 5 Neve"/>
                <w:tag w:val="jatekos_5_neve"/>
                <w:id w:val="3030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Teljes név</w:t>
                </w:r>
              </w:sdtContent>
            </w:sdt>
          </w:p>
        </w:tc>
        <w:tc>
          <w:tcPr>
            <w:tcW w:w="175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6FE692" w14:textId="77777777" w:rsidR="005B4F06" w:rsidRDefault="00000000">
            <w:pPr>
              <w:spacing w:after="0" w:line="240" w:lineRule="auto"/>
            </w:pPr>
            <w:sdt>
              <w:sdtPr>
                <w:alias w:val="Jatekos 5 Szuletesi Ev"/>
                <w:tag w:val="jatekos_5_szuletesi_ev"/>
                <w:id w:val="3031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ÉÉÉÉ</w:t>
                </w:r>
              </w:sdtContent>
            </w:sdt>
          </w:p>
        </w:tc>
        <w:tc>
          <w:tcPr>
            <w:tcW w:w="36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ED3254" w14:textId="77777777" w:rsidR="005B4F06" w:rsidRDefault="00000000">
            <w:pPr>
              <w:spacing w:after="0" w:line="240" w:lineRule="auto"/>
            </w:pPr>
            <w:sdt>
              <w:sdtPr>
                <w:alias w:val="Jatekos 5 Egyesulet"/>
                <w:tag w:val="jatekos_5_egyesulet"/>
                <w:id w:val="3032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Egyesület neve</w:t>
                </w:r>
              </w:sdtContent>
            </w:sdt>
          </w:p>
        </w:tc>
      </w:tr>
      <w:tr w:rsidR="005B4F06" w14:paraId="32B507BA" w14:textId="77777777">
        <w:trPr>
          <w:cantSplit/>
          <w:trHeight w:val="330"/>
        </w:trPr>
        <w:tc>
          <w:tcPr>
            <w:tcW w:w="6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056172" w14:textId="77777777" w:rsidR="005B4F06" w:rsidRDefault="00A3129B">
            <w:pPr>
              <w:spacing w:after="0" w:line="240" w:lineRule="auto"/>
              <w:jc w:val="center"/>
            </w:pPr>
            <w:r>
              <w:rPr>
                <w:b/>
                <w:color w:val="3F6B16"/>
              </w:rPr>
              <w:t>6</w:t>
            </w:r>
          </w:p>
        </w:tc>
        <w:tc>
          <w:tcPr>
            <w:tcW w:w="40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7822F6" w14:textId="77777777" w:rsidR="005B4F06" w:rsidRDefault="00000000">
            <w:pPr>
              <w:spacing w:after="0" w:line="240" w:lineRule="auto"/>
            </w:pPr>
            <w:sdt>
              <w:sdtPr>
                <w:alias w:val="Jatekos 6 Neve"/>
                <w:tag w:val="jatekos_6_neve"/>
                <w:id w:val="3033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Teljes név</w:t>
                </w:r>
              </w:sdtContent>
            </w:sdt>
          </w:p>
        </w:tc>
        <w:tc>
          <w:tcPr>
            <w:tcW w:w="175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E21B52" w14:textId="77777777" w:rsidR="005B4F06" w:rsidRDefault="00000000">
            <w:pPr>
              <w:spacing w:after="0" w:line="240" w:lineRule="auto"/>
            </w:pPr>
            <w:sdt>
              <w:sdtPr>
                <w:alias w:val="Jatekos 6 Szuletesi Ev"/>
                <w:tag w:val="jatekos_6_szuletesi_ev"/>
                <w:id w:val="3034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ÉÉÉÉ</w:t>
                </w:r>
              </w:sdtContent>
            </w:sdt>
          </w:p>
        </w:tc>
        <w:tc>
          <w:tcPr>
            <w:tcW w:w="36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3EFE77" w14:textId="77777777" w:rsidR="005B4F06" w:rsidRDefault="00000000">
            <w:pPr>
              <w:spacing w:after="0" w:line="240" w:lineRule="auto"/>
            </w:pPr>
            <w:sdt>
              <w:sdtPr>
                <w:alias w:val="Jatekos 6 Egyesulet"/>
                <w:tag w:val="jatekos_6_egyesulet"/>
                <w:id w:val="3035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Egyesület neve</w:t>
                </w:r>
              </w:sdtContent>
            </w:sdt>
          </w:p>
        </w:tc>
      </w:tr>
      <w:tr w:rsidR="005B4F06" w14:paraId="428F225F" w14:textId="77777777">
        <w:trPr>
          <w:cantSplit/>
          <w:trHeight w:val="330"/>
        </w:trPr>
        <w:tc>
          <w:tcPr>
            <w:tcW w:w="6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F64502" w14:textId="77777777" w:rsidR="005B4F06" w:rsidRDefault="00A3129B">
            <w:pPr>
              <w:spacing w:after="0" w:line="240" w:lineRule="auto"/>
              <w:jc w:val="center"/>
            </w:pPr>
            <w:r>
              <w:rPr>
                <w:b/>
                <w:color w:val="3F6B16"/>
              </w:rPr>
              <w:t>7</w:t>
            </w:r>
          </w:p>
        </w:tc>
        <w:tc>
          <w:tcPr>
            <w:tcW w:w="40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C240C8" w14:textId="77777777" w:rsidR="005B4F06" w:rsidRDefault="00000000">
            <w:pPr>
              <w:spacing w:after="0" w:line="240" w:lineRule="auto"/>
            </w:pPr>
            <w:sdt>
              <w:sdtPr>
                <w:alias w:val="Jatekos 7 Neve"/>
                <w:tag w:val="jatekos_7_neve"/>
                <w:id w:val="3036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Teljes név</w:t>
                </w:r>
              </w:sdtContent>
            </w:sdt>
          </w:p>
        </w:tc>
        <w:tc>
          <w:tcPr>
            <w:tcW w:w="175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3C1771" w14:textId="77777777" w:rsidR="005B4F06" w:rsidRDefault="00000000">
            <w:pPr>
              <w:spacing w:after="0" w:line="240" w:lineRule="auto"/>
            </w:pPr>
            <w:sdt>
              <w:sdtPr>
                <w:alias w:val="Jatekos 7 Szuletesi Ev"/>
                <w:tag w:val="jatekos_7_szuletesi_ev"/>
                <w:id w:val="3037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ÉÉÉÉ</w:t>
                </w:r>
              </w:sdtContent>
            </w:sdt>
          </w:p>
        </w:tc>
        <w:tc>
          <w:tcPr>
            <w:tcW w:w="36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5C1B46" w14:textId="77777777" w:rsidR="005B4F06" w:rsidRDefault="00000000">
            <w:pPr>
              <w:spacing w:after="0" w:line="240" w:lineRule="auto"/>
            </w:pPr>
            <w:sdt>
              <w:sdtPr>
                <w:alias w:val="Jatekos 7 Egyesulet"/>
                <w:tag w:val="jatekos_7_egyesulet"/>
                <w:id w:val="3038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Egyesület neve</w:t>
                </w:r>
              </w:sdtContent>
            </w:sdt>
          </w:p>
        </w:tc>
      </w:tr>
      <w:tr w:rsidR="005B4F06" w14:paraId="6F1D77BF" w14:textId="77777777">
        <w:trPr>
          <w:cantSplit/>
          <w:trHeight w:val="330"/>
        </w:trPr>
        <w:tc>
          <w:tcPr>
            <w:tcW w:w="6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267D78" w14:textId="77777777" w:rsidR="005B4F06" w:rsidRDefault="00A3129B">
            <w:pPr>
              <w:spacing w:after="0" w:line="240" w:lineRule="auto"/>
              <w:jc w:val="center"/>
            </w:pPr>
            <w:r>
              <w:rPr>
                <w:b/>
                <w:color w:val="3F6B16"/>
              </w:rPr>
              <w:t>8</w:t>
            </w:r>
          </w:p>
        </w:tc>
        <w:tc>
          <w:tcPr>
            <w:tcW w:w="40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A807BC" w14:textId="77777777" w:rsidR="005B4F06" w:rsidRDefault="00000000">
            <w:pPr>
              <w:spacing w:after="0" w:line="240" w:lineRule="auto"/>
            </w:pPr>
            <w:sdt>
              <w:sdtPr>
                <w:alias w:val="Jatekos 8 Neve"/>
                <w:tag w:val="jatekos_8_neve"/>
                <w:id w:val="3039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Teljes név</w:t>
                </w:r>
              </w:sdtContent>
            </w:sdt>
          </w:p>
        </w:tc>
        <w:tc>
          <w:tcPr>
            <w:tcW w:w="175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D9868" w14:textId="77777777" w:rsidR="005B4F06" w:rsidRDefault="00000000">
            <w:pPr>
              <w:spacing w:after="0" w:line="240" w:lineRule="auto"/>
            </w:pPr>
            <w:sdt>
              <w:sdtPr>
                <w:alias w:val="Jatekos 8 Szuletesi Ev"/>
                <w:tag w:val="jatekos_8_szuletesi_ev"/>
                <w:id w:val="3040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ÉÉÉÉ</w:t>
                </w:r>
              </w:sdtContent>
            </w:sdt>
          </w:p>
        </w:tc>
        <w:tc>
          <w:tcPr>
            <w:tcW w:w="364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0C90D8" w14:textId="77777777" w:rsidR="005B4F06" w:rsidRDefault="00000000">
            <w:pPr>
              <w:spacing w:after="0" w:line="240" w:lineRule="auto"/>
            </w:pPr>
            <w:sdt>
              <w:sdtPr>
                <w:alias w:val="Jatekos 8 Egyesulet"/>
                <w:tag w:val="jatekos_8_egyesulet"/>
                <w:id w:val="3041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Egyesület neve</w:t>
                </w:r>
              </w:sdtContent>
            </w:sdt>
          </w:p>
        </w:tc>
      </w:tr>
    </w:tbl>
    <w:p w14:paraId="7B496951" w14:textId="77777777" w:rsidR="00CF614D" w:rsidRDefault="00A3129B" w:rsidP="00CF614D">
      <w:pPr>
        <w:spacing w:before="60" w:after="0"/>
        <w:rPr>
          <w:color w:val="E51F2B"/>
          <w:sz w:val="16"/>
        </w:rPr>
      </w:pPr>
      <w:r>
        <w:rPr>
          <w:color w:val="E51F2B"/>
          <w:sz w:val="16"/>
        </w:rPr>
        <w:t xml:space="preserve">* </w:t>
      </w:r>
      <w:proofErr w:type="spellStart"/>
      <w:r>
        <w:rPr>
          <w:color w:val="E51F2B"/>
          <w:sz w:val="16"/>
        </w:rPr>
        <w:t>Kötelezően</w:t>
      </w:r>
      <w:proofErr w:type="spellEnd"/>
      <w:r>
        <w:rPr>
          <w:color w:val="E51F2B"/>
          <w:sz w:val="16"/>
        </w:rPr>
        <w:t xml:space="preserve"> </w:t>
      </w:r>
      <w:proofErr w:type="spellStart"/>
      <w:r>
        <w:rPr>
          <w:color w:val="E51F2B"/>
          <w:sz w:val="16"/>
        </w:rPr>
        <w:t>kitöltendő</w:t>
      </w:r>
      <w:proofErr w:type="spellEnd"/>
      <w:r>
        <w:rPr>
          <w:color w:val="E51F2B"/>
          <w:sz w:val="16"/>
        </w:rPr>
        <w:t xml:space="preserve"> </w:t>
      </w:r>
      <w:proofErr w:type="spellStart"/>
      <w:r>
        <w:rPr>
          <w:color w:val="E51F2B"/>
          <w:sz w:val="16"/>
        </w:rPr>
        <w:t>mező</w:t>
      </w:r>
      <w:proofErr w:type="spellEnd"/>
      <w:r>
        <w:rPr>
          <w:color w:val="E51F2B"/>
          <w:sz w:val="16"/>
        </w:rPr>
        <w:t>.</w:t>
      </w:r>
    </w:p>
    <w:p w14:paraId="487D4034" w14:textId="4216AF21" w:rsidR="005B4F06" w:rsidRDefault="00A3129B" w:rsidP="00CF614D">
      <w:pPr>
        <w:spacing w:before="60" w:after="0"/>
      </w:pPr>
      <w:r>
        <w:lastRenderedPageBreak/>
        <w:t xml:space="preserve">  </w:t>
      </w:r>
      <w:r>
        <w:rPr>
          <w:b/>
          <w:color w:val="FFFFFF"/>
          <w:sz w:val="21"/>
        </w:rPr>
        <w:t>4. Utazási és szervezési adatok</w:t>
      </w:r>
    </w:p>
    <w:tbl>
      <w:tblPr>
        <w:tblW w:w="10080" w:type="dxa"/>
        <w:tblInd w:w="120" w:type="dxa"/>
        <w:tblBorders>
          <w:top w:val="single" w:sz="5" w:space="0" w:color="C9D1CC"/>
          <w:left w:val="single" w:sz="5" w:space="0" w:color="C9D1CC"/>
          <w:bottom w:val="single" w:sz="5" w:space="0" w:color="C9D1CC"/>
          <w:right w:val="single" w:sz="5" w:space="0" w:color="C9D1CC"/>
          <w:insideH w:val="single" w:sz="5" w:space="0" w:color="C9D1CC"/>
          <w:insideV w:val="single" w:sz="5" w:space="0" w:color="C9D1CC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3190"/>
        <w:gridCol w:w="1750"/>
        <w:gridCol w:w="3290"/>
      </w:tblGrid>
      <w:tr w:rsidR="005B4F06" w14:paraId="21F984F2" w14:textId="77777777">
        <w:trPr>
          <w:cantSplit/>
          <w:trHeight w:val="43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14DD8A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Tervezett indulás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83B806" w14:textId="77777777" w:rsidR="005B4F06" w:rsidRDefault="00000000">
            <w:pPr>
              <w:spacing w:after="0" w:line="240" w:lineRule="auto"/>
            </w:pPr>
            <w:sdt>
              <w:sdtPr>
                <w:alias w:val="Indulas Datuma"/>
                <w:tag w:val="indulas_datuma"/>
                <w:id w:val="3042"/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ÉÉÉÉ. HH. NN.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377D33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Indulás időpontja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CAB7C9" w14:textId="77777777" w:rsidR="005B4F06" w:rsidRDefault="00000000">
            <w:pPr>
              <w:spacing w:after="0" w:line="240" w:lineRule="auto"/>
            </w:pPr>
            <w:sdt>
              <w:sdtPr>
                <w:alias w:val="Indulas Idopontja"/>
                <w:tag w:val="indulas_idopontja"/>
                <w:id w:val="3043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ÓÓ:PP</w:t>
                </w:r>
              </w:sdtContent>
            </w:sdt>
          </w:p>
        </w:tc>
      </w:tr>
      <w:tr w:rsidR="005B4F06" w14:paraId="0743C83D" w14:textId="77777777">
        <w:trPr>
          <w:cantSplit/>
          <w:trHeight w:val="43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6DF31B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Indulás helye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143FAE" w14:textId="77777777" w:rsidR="005B4F06" w:rsidRDefault="00000000">
            <w:pPr>
              <w:spacing w:after="0" w:line="240" w:lineRule="auto"/>
            </w:pPr>
            <w:sdt>
              <w:sdtPr>
                <w:alias w:val="Indulas Helye"/>
                <w:tag w:val="indulas_helye"/>
                <w:id w:val="3044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Pontos találkozási hely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DBCD34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Tervezett visszaérkezés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5C194F" w14:textId="77777777" w:rsidR="005B4F06" w:rsidRDefault="00000000">
            <w:pPr>
              <w:spacing w:after="0" w:line="240" w:lineRule="auto"/>
            </w:pPr>
            <w:sdt>
              <w:sdtPr>
                <w:alias w:val="Visszaerkezes Datuma"/>
                <w:tag w:val="visszaerkezes_datuma"/>
                <w:id w:val="3045"/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ÉÉÉÉ. HH. NN.</w:t>
                </w:r>
              </w:sdtContent>
            </w:sdt>
          </w:p>
        </w:tc>
      </w:tr>
      <w:tr w:rsidR="005B4F06" w14:paraId="58589665" w14:textId="77777777">
        <w:trPr>
          <w:cantSplit/>
          <w:trHeight w:val="43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658C26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Visszaérkezés időpontja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BE6C4A" w14:textId="77777777" w:rsidR="005B4F06" w:rsidRDefault="00000000">
            <w:pPr>
              <w:spacing w:after="0" w:line="240" w:lineRule="auto"/>
            </w:pPr>
            <w:sdt>
              <w:sdtPr>
                <w:alias w:val="Visszaerkezes Idopontja"/>
                <w:tag w:val="visszaerkezes_idopontja"/>
                <w:id w:val="3046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ÓÓ:PP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D2E99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Visszaérkezés helye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0163A6" w14:textId="77777777" w:rsidR="005B4F06" w:rsidRDefault="00000000">
            <w:pPr>
              <w:spacing w:after="0" w:line="240" w:lineRule="auto"/>
            </w:pPr>
            <w:sdt>
              <w:sdtPr>
                <w:alias w:val="Visszaerkezes Helye"/>
                <w:tag w:val="visszaerkezes_helye"/>
                <w:id w:val="3047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Pontos érkezési hely</w:t>
                </w:r>
              </w:sdtContent>
            </w:sdt>
          </w:p>
        </w:tc>
      </w:tr>
      <w:tr w:rsidR="005B4F06" w14:paraId="1F19D2A9" w14:textId="77777777">
        <w:trPr>
          <w:cantSplit/>
          <w:trHeight w:val="85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8E7848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Szervezési megjegyzés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A948F5" w14:textId="77777777" w:rsidR="005B4F06" w:rsidRDefault="00000000">
            <w:pPr>
              <w:spacing w:after="0" w:line="240" w:lineRule="auto"/>
            </w:pPr>
            <w:sdt>
              <w:sdtPr>
                <w:alias w:val="Szervezesi Megjegyzes 1"/>
                <w:tag w:val="szervezesi_megjegyzes_1"/>
                <w:id w:val="3048"/>
                <w:showingPlcHdr/>
                <w:text w:multiLine="1"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Utazás / szállás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60C0EF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Kapcsolódó kérés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D67A2C" w14:textId="77777777" w:rsidR="005B4F06" w:rsidRDefault="00000000">
            <w:pPr>
              <w:spacing w:after="0" w:line="240" w:lineRule="auto"/>
            </w:pPr>
            <w:sdt>
              <w:sdtPr>
                <w:alias w:val="Kapcsolodo Keres"/>
                <w:tag w:val="kapcsolodo_keres"/>
                <w:id w:val="3049"/>
                <w:showingPlcHdr/>
                <w:text w:multiLine="1"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Szükség esetén röviden</w:t>
                </w:r>
              </w:sdtContent>
            </w:sdt>
          </w:p>
        </w:tc>
      </w:tr>
    </w:tbl>
    <w:p w14:paraId="3CB36DB8" w14:textId="77777777" w:rsidR="005B4F06" w:rsidRDefault="00A3129B">
      <w:pPr>
        <w:spacing w:before="100" w:after="40"/>
      </w:pPr>
      <w:r>
        <w:rPr>
          <w:b/>
          <w:color w:val="3F6B16"/>
        </w:rPr>
        <w:t>Kért MTSZ-szolgáltatások:</w:t>
      </w:r>
    </w:p>
    <w:p w14:paraId="4A84FAE5" w14:textId="77777777" w:rsidR="005B4F06" w:rsidRDefault="00000000">
      <w:pPr>
        <w:spacing w:after="20"/>
      </w:pPr>
      <w:sdt>
        <w:sdtPr>
          <w:alias w:val="Igenyelt Edzo"/>
          <w:tag w:val="igenyelt_edzo"/>
          <w:id w:val="3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129B">
            <w:rPr>
              <w:sz w:val="22"/>
            </w:rPr>
            <w:t>☐</w:t>
          </w:r>
        </w:sdtContent>
      </w:sdt>
      <w:r w:rsidR="00A3129B">
        <w:t xml:space="preserve">  MTSZ által kijelölt edző</w:t>
      </w:r>
    </w:p>
    <w:p w14:paraId="6A99EEDE" w14:textId="77777777" w:rsidR="005B4F06" w:rsidRDefault="00000000">
      <w:pPr>
        <w:spacing w:after="60"/>
      </w:pPr>
      <w:sdt>
        <w:sdtPr>
          <w:alias w:val="Igenyelt Minibusz"/>
          <w:tag w:val="igenyelt_minibusz"/>
          <w:id w:val="3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129B">
            <w:rPr>
              <w:sz w:val="22"/>
            </w:rPr>
            <w:t>☐</w:t>
          </w:r>
        </w:sdtContent>
      </w:sdt>
      <w:r w:rsidR="00A3129B">
        <w:t xml:space="preserve">  MTSZ minibusz</w:t>
      </w:r>
    </w:p>
    <w:p w14:paraId="2E6DA606" w14:textId="77777777" w:rsidR="005B4F06" w:rsidRDefault="00A3129B">
      <w:pPr>
        <w:keepNext/>
        <w:keepLines/>
        <w:shd w:val="clear" w:color="auto" w:fill="3F6B16"/>
        <w:spacing w:before="80" w:line="240" w:lineRule="auto"/>
      </w:pPr>
      <w:r>
        <w:t xml:space="preserve">  </w:t>
      </w:r>
      <w:r>
        <w:rPr>
          <w:b/>
          <w:color w:val="FFFFFF"/>
          <w:sz w:val="21"/>
        </w:rPr>
        <w:t>5. Nyilatkozat és benyújtás</w:t>
      </w:r>
    </w:p>
    <w:p w14:paraId="3F86F2D2" w14:textId="77777777" w:rsidR="005B4F06" w:rsidRDefault="00000000">
      <w:pPr>
        <w:spacing w:after="50" w:line="240" w:lineRule="auto"/>
        <w:ind w:left="57" w:right="57"/>
      </w:pPr>
      <w:sdt>
        <w:sdtPr>
          <w:alias w:val="Nyilatkozat Adatok"/>
          <w:tag w:val="nyilatkozat_adatok"/>
          <w:id w:val="3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129B">
            <w:rPr>
              <w:sz w:val="22"/>
            </w:rPr>
            <w:t>☐</w:t>
          </w:r>
        </w:sdtContent>
      </w:sdt>
      <w:r w:rsidR="00A3129B">
        <w:t xml:space="preserve">  Kijelentem, hogy a kérelemben megadott adatok a valóságnak megfelelnek.</w:t>
      </w:r>
    </w:p>
    <w:p w14:paraId="371E366F" w14:textId="77777777" w:rsidR="005B4F06" w:rsidRDefault="00000000">
      <w:pPr>
        <w:spacing w:after="50" w:line="240" w:lineRule="auto"/>
        <w:ind w:left="57" w:right="57"/>
      </w:pPr>
      <w:sdt>
        <w:sdtPr>
          <w:alias w:val="Nyilatkozat Koltseg"/>
          <w:tag w:val="nyilatkozat_koltseg"/>
          <w:id w:val="3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129B">
            <w:rPr>
              <w:sz w:val="22"/>
            </w:rPr>
            <w:t>☐</w:t>
          </w:r>
        </w:sdtContent>
      </w:sdt>
      <w:r w:rsidR="00A3129B">
        <w:t xml:space="preserve">  Tudomásul veszem, hogy a versenyhez kapcsolódó költségeket a játékosok viselik.</w:t>
      </w:r>
    </w:p>
    <w:p w14:paraId="1D1B197E" w14:textId="77777777" w:rsidR="005B4F06" w:rsidRDefault="00000000">
      <w:pPr>
        <w:spacing w:after="50" w:line="240" w:lineRule="auto"/>
        <w:ind w:left="57" w:right="57"/>
      </w:pPr>
      <w:sdt>
        <w:sdtPr>
          <w:alias w:val="Nyilatkozat Jovahagyas"/>
          <w:tag w:val="nyilatkozat_jovahagyas"/>
          <w:id w:val="3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129B">
            <w:rPr>
              <w:sz w:val="22"/>
            </w:rPr>
            <w:t>☐</w:t>
          </w:r>
        </w:sdtContent>
      </w:sdt>
      <w:r w:rsidR="00A3129B">
        <w:t xml:space="preserve">  Tudomásul veszem, hogy a kérelem benyújtása önmagában nem jelent automatikus jóváhagyást.</w:t>
      </w:r>
    </w:p>
    <w:p w14:paraId="33ADB018" w14:textId="77777777" w:rsidR="005B4F06" w:rsidRDefault="00000000">
      <w:pPr>
        <w:spacing w:after="50" w:line="240" w:lineRule="auto"/>
        <w:ind w:left="57" w:right="57"/>
      </w:pPr>
      <w:sdt>
        <w:sdtPr>
          <w:alias w:val="Nyilatkozat Hatarido"/>
          <w:tag w:val="nyilatkozat_hatarido"/>
          <w:id w:val="3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129B">
            <w:rPr>
              <w:sz w:val="22"/>
            </w:rPr>
            <w:t>☐</w:t>
          </w:r>
        </w:sdtContent>
      </w:sdt>
      <w:r w:rsidR="00A3129B">
        <w:t xml:space="preserve">  Igazolom, hogy a kérelmet a verseny kezdete előtt legalább 3 héttel nyújtom be.</w:t>
      </w:r>
    </w:p>
    <w:tbl>
      <w:tblPr>
        <w:tblW w:w="10080" w:type="dxa"/>
        <w:tblInd w:w="120" w:type="dxa"/>
        <w:tblBorders>
          <w:top w:val="single" w:sz="5" w:space="0" w:color="C9D1CC"/>
          <w:left w:val="single" w:sz="5" w:space="0" w:color="C9D1CC"/>
          <w:bottom w:val="single" w:sz="5" w:space="0" w:color="C9D1CC"/>
          <w:right w:val="single" w:sz="5" w:space="0" w:color="C9D1CC"/>
          <w:insideH w:val="single" w:sz="5" w:space="0" w:color="C9D1CC"/>
          <w:insideV w:val="single" w:sz="5" w:space="0" w:color="C9D1CC"/>
        </w:tblBorders>
        <w:tblLayout w:type="fixed"/>
        <w:tblLook w:val="04A0" w:firstRow="1" w:lastRow="0" w:firstColumn="1" w:lastColumn="0" w:noHBand="0" w:noVBand="1"/>
      </w:tblPr>
      <w:tblGrid>
        <w:gridCol w:w="1450"/>
        <w:gridCol w:w="3590"/>
        <w:gridCol w:w="1450"/>
        <w:gridCol w:w="3590"/>
      </w:tblGrid>
      <w:tr w:rsidR="005B4F06" w14:paraId="44D1F4F5" w14:textId="77777777">
        <w:trPr>
          <w:cantSplit/>
          <w:trHeight w:val="460"/>
        </w:trPr>
        <w:tc>
          <w:tcPr>
            <w:tcW w:w="14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4960D6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Kérelem beadásának dátuma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5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14BC98" w14:textId="77777777" w:rsidR="005B4F06" w:rsidRDefault="00000000">
            <w:pPr>
              <w:spacing w:after="0" w:line="240" w:lineRule="auto"/>
            </w:pPr>
            <w:sdt>
              <w:sdtPr>
                <w:alias w:val="Kerelem Beadas Datuma"/>
                <w:tag w:val="kerelem_beadas_datuma"/>
                <w:id w:val="3056"/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ÉÉÉÉ. HH. NN.</w:t>
                </w:r>
              </w:sdtContent>
            </w:sdt>
          </w:p>
        </w:tc>
        <w:tc>
          <w:tcPr>
            <w:tcW w:w="14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93FEAA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Kelt helye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5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9DABBB" w14:textId="77777777" w:rsidR="005B4F06" w:rsidRDefault="00000000">
            <w:pPr>
              <w:spacing w:after="0" w:line="240" w:lineRule="auto"/>
            </w:pPr>
            <w:sdt>
              <w:sdtPr>
                <w:alias w:val="Kelt Helye"/>
                <w:tag w:val="kelt_helye"/>
                <w:id w:val="3057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Település</w:t>
                </w:r>
              </w:sdtContent>
            </w:sdt>
          </w:p>
        </w:tc>
      </w:tr>
      <w:tr w:rsidR="005B4F06" w14:paraId="2F20DD70" w14:textId="77777777">
        <w:trPr>
          <w:cantSplit/>
          <w:trHeight w:val="700"/>
        </w:trPr>
        <w:tc>
          <w:tcPr>
            <w:tcW w:w="14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AF348B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Kérelmező aláírása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5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7F94A8" w14:textId="77777777" w:rsidR="005B4F06" w:rsidRDefault="00000000">
            <w:pPr>
              <w:spacing w:after="0" w:line="240" w:lineRule="auto"/>
            </w:pPr>
            <w:sdt>
              <w:sdtPr>
                <w:alias w:val="Kerelmezo Alairasa"/>
                <w:tag w:val="kerelmezo_alairasa"/>
                <w:id w:val="3058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Aláírás</w:t>
                </w:r>
              </w:sdtContent>
            </w:sdt>
          </w:p>
        </w:tc>
        <w:tc>
          <w:tcPr>
            <w:tcW w:w="14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76DAE7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További kérelmező aláírása</w:t>
            </w:r>
          </w:p>
        </w:tc>
        <w:tc>
          <w:tcPr>
            <w:tcW w:w="35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315" w14:textId="77777777" w:rsidR="005B4F06" w:rsidRDefault="00000000">
            <w:pPr>
              <w:spacing w:after="0" w:line="240" w:lineRule="auto"/>
            </w:pPr>
            <w:sdt>
              <w:sdtPr>
                <w:alias w:val="Tovabbi Alairas"/>
                <w:tag w:val="tovabbi_alairas"/>
                <w:id w:val="3059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Szükség esetén</w:t>
                </w:r>
              </w:sdtContent>
            </w:sdt>
          </w:p>
        </w:tc>
      </w:tr>
    </w:tbl>
    <w:p w14:paraId="1ADBDF3E" w14:textId="77777777" w:rsidR="005B4F06" w:rsidRDefault="00A3129B">
      <w:pPr>
        <w:keepNext/>
        <w:keepLines/>
        <w:shd w:val="clear" w:color="auto" w:fill="3F6B16"/>
        <w:spacing w:before="80" w:line="240" w:lineRule="auto"/>
      </w:pPr>
      <w:r>
        <w:t xml:space="preserve">  </w:t>
      </w:r>
      <w:r>
        <w:rPr>
          <w:b/>
          <w:color w:val="FFFFFF"/>
          <w:sz w:val="21"/>
        </w:rPr>
        <w:t>6. Az MTSZ tölti ki</w:t>
      </w:r>
    </w:p>
    <w:tbl>
      <w:tblPr>
        <w:tblW w:w="10080" w:type="dxa"/>
        <w:tblInd w:w="120" w:type="dxa"/>
        <w:tblBorders>
          <w:top w:val="single" w:sz="5" w:space="0" w:color="C9D1CC"/>
          <w:left w:val="single" w:sz="5" w:space="0" w:color="C9D1CC"/>
          <w:bottom w:val="single" w:sz="5" w:space="0" w:color="C9D1CC"/>
          <w:right w:val="single" w:sz="5" w:space="0" w:color="C9D1CC"/>
          <w:insideH w:val="single" w:sz="5" w:space="0" w:color="C9D1CC"/>
          <w:insideV w:val="single" w:sz="5" w:space="0" w:color="C9D1CC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3190"/>
        <w:gridCol w:w="1750"/>
        <w:gridCol w:w="3290"/>
      </w:tblGrid>
      <w:tr w:rsidR="005B4F06" w14:paraId="393728C3" w14:textId="77777777">
        <w:trPr>
          <w:cantSplit/>
          <w:trHeight w:val="44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1000EE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A kérelem státusza</w:t>
            </w:r>
            <w:r>
              <w:rPr>
                <w:b/>
                <w:color w:val="E51F2B"/>
                <w:sz w:val="17"/>
              </w:rPr>
              <w:t> *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004ECE" w14:textId="77777777" w:rsidR="005B4F06" w:rsidRDefault="00000000">
            <w:pPr>
              <w:spacing w:after="0" w:line="240" w:lineRule="auto"/>
            </w:pPr>
            <w:sdt>
              <w:sdtPr>
                <w:alias w:val="Mtsz Dontes"/>
                <w:tag w:val="mtsz_dontes"/>
                <w:id w:val="3060"/>
                <w:showingPlcHdr/>
                <w:dropDownList>
                  <w:listItem w:displayText="Válasszon..." w:value=""/>
                  <w:listItem w:displayText="Jóváhagyva" w:value="Jóváhagyva"/>
                  <w:listItem w:displayText="Feltétellel jóváhagyva" w:value="Feltétellel jóváhagyva"/>
                  <w:listItem w:displayText="Hiánypótlás szükséges" w:value="Hiánypótlás szükséges"/>
                  <w:listItem w:displayText="Elutasítva" w:value="Elutasítva"/>
                </w:dropDownList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Válasszon...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DBEBFD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Döntés dátuma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F8FE0E" w14:textId="77777777" w:rsidR="005B4F06" w:rsidRDefault="00000000">
            <w:pPr>
              <w:spacing w:after="0" w:line="240" w:lineRule="auto"/>
            </w:pPr>
            <w:sdt>
              <w:sdtPr>
                <w:alias w:val="Dontes Datuma"/>
                <w:tag w:val="dontes_datuma"/>
                <w:id w:val="3061"/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ÉÉÉÉ. HH. NN.</w:t>
                </w:r>
              </w:sdtContent>
            </w:sdt>
          </w:p>
        </w:tc>
      </w:tr>
      <w:tr w:rsidR="005B4F06" w14:paraId="007F2F4C" w14:textId="77777777">
        <w:trPr>
          <w:cantSplit/>
          <w:trHeight w:val="44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2381B1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Kijelölt edző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33320D" w14:textId="77777777" w:rsidR="005B4F06" w:rsidRDefault="00000000">
            <w:pPr>
              <w:spacing w:after="0" w:line="240" w:lineRule="auto"/>
            </w:pPr>
            <w:sdt>
              <w:sdtPr>
                <w:alias w:val="Kijelolt Edzo"/>
                <w:tag w:val="kijelolt_edzo"/>
                <w:id w:val="3062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Név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13F2E5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Edző biztosítása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59EA52" w14:textId="77777777" w:rsidR="005B4F06" w:rsidRDefault="00000000">
            <w:pPr>
              <w:spacing w:after="0" w:line="240" w:lineRule="auto"/>
            </w:pPr>
            <w:sdt>
              <w:sdtPr>
                <w:alias w:val="Edzo Biztositasa"/>
                <w:tag w:val="edzo_biztositasa"/>
                <w:id w:val="3063"/>
                <w:showingPlcHdr/>
                <w:dropDownList>
                  <w:listItem w:displayText="Válasszon..." w:value=""/>
                  <w:listItem w:displayText="Biztosítva" w:value="Biztosítva"/>
                  <w:listItem w:displayText="Egyeztetés alatt" w:value="Egyeztetés alatt"/>
                  <w:listItem w:displayText="Nem biztosítható" w:value="Nem biztosítható"/>
                </w:dropDownList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Válasszon...</w:t>
                </w:r>
              </w:sdtContent>
            </w:sdt>
          </w:p>
        </w:tc>
      </w:tr>
      <w:tr w:rsidR="005B4F06" w14:paraId="41E3AC23" w14:textId="77777777">
        <w:trPr>
          <w:cantSplit/>
          <w:trHeight w:val="44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46327B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Minibusz biztosítása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0B512E" w14:textId="77777777" w:rsidR="005B4F06" w:rsidRDefault="00000000">
            <w:pPr>
              <w:spacing w:after="0" w:line="240" w:lineRule="auto"/>
            </w:pPr>
            <w:sdt>
              <w:sdtPr>
                <w:alias w:val="Minibusz Biztositasa"/>
                <w:tag w:val="minibusz_biztositasa"/>
                <w:id w:val="3064"/>
                <w:showingPlcHdr/>
                <w:dropDownList>
                  <w:listItem w:displayText="Válasszon..." w:value=""/>
                  <w:listItem w:displayText="Biztosítva" w:value="Biztosítva"/>
                  <w:listItem w:displayText="Egyeztetés alatt" w:value="Egyeztetés alatt"/>
                  <w:listItem w:displayText="Nem biztosítható" w:value="Nem biztosítható"/>
                </w:dropDownList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Válasszon...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363567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Ügyintéző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AB90ED" w14:textId="77777777" w:rsidR="005B4F06" w:rsidRDefault="00000000">
            <w:pPr>
              <w:spacing w:after="0" w:line="240" w:lineRule="auto"/>
            </w:pPr>
            <w:sdt>
              <w:sdtPr>
                <w:alias w:val="Ugyintezo"/>
                <w:tag w:val="ugyintezo"/>
                <w:id w:val="3065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Név</w:t>
                </w:r>
              </w:sdtContent>
            </w:sdt>
          </w:p>
        </w:tc>
      </w:tr>
      <w:tr w:rsidR="005B4F06" w14:paraId="7069F66F" w14:textId="77777777">
        <w:trPr>
          <w:cantSplit/>
          <w:trHeight w:val="90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4FA4F6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Feltételek / indoklás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7860EF" w14:textId="77777777" w:rsidR="005B4F06" w:rsidRDefault="00000000">
            <w:pPr>
              <w:spacing w:after="0" w:line="240" w:lineRule="auto"/>
            </w:pPr>
            <w:sdt>
              <w:sdtPr>
                <w:alias w:val="Dontes Indoklas 1"/>
                <w:tag w:val="dontes_indoklas_1"/>
                <w:id w:val="3066"/>
                <w:showingPlcHdr/>
                <w:text w:multiLine="1"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A döntés feltételei vagy rövid indoklása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2B9C6C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Kiegészítő megjegyzés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1CAEC8" w14:textId="77777777" w:rsidR="005B4F06" w:rsidRDefault="00000000">
            <w:pPr>
              <w:spacing w:after="0" w:line="240" w:lineRule="auto"/>
            </w:pPr>
            <w:sdt>
              <w:sdtPr>
                <w:alias w:val="Mtsz Megjegyzes"/>
                <w:tag w:val="mtsz_megjegyzes"/>
                <w:id w:val="3067"/>
                <w:showingPlcHdr/>
                <w:text w:multiLine="1"/>
              </w:sdtPr>
              <w:sdtContent>
                <w:r w:rsidR="00A3129B">
                  <w:rPr>
                    <w:i/>
                    <w:color w:val="7B837E"/>
                    <w:szCs w:val="18"/>
                  </w:rPr>
                  <w:t>Szükség esetén</w:t>
                </w:r>
              </w:sdtContent>
            </w:sdt>
          </w:p>
        </w:tc>
      </w:tr>
      <w:tr w:rsidR="005B4F06" w14:paraId="2E1C6A55" w14:textId="77777777">
        <w:trPr>
          <w:cantSplit/>
          <w:trHeight w:val="760"/>
        </w:trPr>
        <w:tc>
          <w:tcPr>
            <w:tcW w:w="18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2000FA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Jóváhagyó neve</w:t>
            </w:r>
          </w:p>
        </w:tc>
        <w:tc>
          <w:tcPr>
            <w:tcW w:w="31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D24C03" w14:textId="77777777" w:rsidR="005B4F06" w:rsidRDefault="00000000">
            <w:pPr>
              <w:spacing w:after="0" w:line="240" w:lineRule="auto"/>
            </w:pPr>
            <w:sdt>
              <w:sdtPr>
                <w:alias w:val="Jovahagyo Neve"/>
                <w:tag w:val="jovahagyo_neve"/>
                <w:id w:val="3068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Név és beosztás</w:t>
                </w:r>
              </w:sdtContent>
            </w:sdt>
          </w:p>
        </w:tc>
        <w:tc>
          <w:tcPr>
            <w:tcW w:w="1750" w:type="dxa"/>
            <w:shd w:val="clear" w:color="auto" w:fill="EEF5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BAFD16" w14:textId="77777777" w:rsidR="005B4F06" w:rsidRDefault="00A3129B">
            <w:pPr>
              <w:spacing w:after="0" w:line="240" w:lineRule="auto"/>
            </w:pPr>
            <w:r>
              <w:rPr>
                <w:b/>
                <w:color w:val="3F6B16"/>
                <w:sz w:val="17"/>
              </w:rPr>
              <w:t>Aláírás</w:t>
            </w:r>
          </w:p>
        </w:tc>
        <w:tc>
          <w:tcPr>
            <w:tcW w:w="3290" w:type="dxa"/>
            <w:shd w:val="clear" w:color="auto" w:fill="FBFC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8C0157" w14:textId="77777777" w:rsidR="005B4F06" w:rsidRDefault="00000000">
            <w:pPr>
              <w:spacing w:after="0" w:line="240" w:lineRule="auto"/>
            </w:pPr>
            <w:sdt>
              <w:sdtPr>
                <w:alias w:val="Jovahagyo Alairasa"/>
                <w:tag w:val="jovahagyo_alairasa"/>
                <w:id w:val="3069"/>
                <w:showingPlcHdr/>
                <w:text/>
              </w:sdtPr>
              <w:sdtContent>
                <w:r w:rsidR="00A3129B">
                  <w:rPr>
                    <w:i/>
                    <w:color w:val="7B837E"/>
                    <w:sz w:val="19"/>
                    <w:szCs w:val="19"/>
                  </w:rPr>
                  <w:t>Aláírás</w:t>
                </w:r>
              </w:sdtContent>
            </w:sdt>
          </w:p>
        </w:tc>
      </w:tr>
    </w:tbl>
    <w:p w14:paraId="1327FECC" w14:textId="16694FAC" w:rsidR="005B4F06" w:rsidRPr="0070379E" w:rsidRDefault="0070379E">
      <w:pPr>
        <w:spacing w:before="80" w:after="0"/>
        <w:rPr>
          <w:b/>
          <w:color w:val="FF0000"/>
          <w:sz w:val="22"/>
        </w:rPr>
      </w:pPr>
      <w:r>
        <w:rPr>
          <w:i/>
          <w:color w:val="5D6661"/>
          <w:sz w:val="16"/>
        </w:rPr>
        <w:br/>
      </w:r>
      <w:r w:rsidRPr="0070379E">
        <w:rPr>
          <w:b/>
          <w:color w:val="FF0000"/>
          <w:sz w:val="22"/>
        </w:rPr>
        <w:t xml:space="preserve">A </w:t>
      </w:r>
      <w:proofErr w:type="spellStart"/>
      <w:r w:rsidRPr="0070379E">
        <w:rPr>
          <w:b/>
          <w:color w:val="FF0000"/>
          <w:sz w:val="22"/>
        </w:rPr>
        <w:t>kitöltött</w:t>
      </w:r>
      <w:proofErr w:type="spellEnd"/>
      <w:r w:rsidRPr="0070379E">
        <w:rPr>
          <w:b/>
          <w:color w:val="FF0000"/>
          <w:sz w:val="22"/>
        </w:rPr>
        <w:t xml:space="preserve"> </w:t>
      </w:r>
      <w:proofErr w:type="spellStart"/>
      <w:r w:rsidRPr="0070379E">
        <w:rPr>
          <w:b/>
          <w:color w:val="FF0000"/>
          <w:sz w:val="22"/>
        </w:rPr>
        <w:t>kérelmet</w:t>
      </w:r>
      <w:proofErr w:type="spellEnd"/>
      <w:r w:rsidRPr="0070379E">
        <w:rPr>
          <w:b/>
          <w:color w:val="FF0000"/>
          <w:sz w:val="22"/>
        </w:rPr>
        <w:t xml:space="preserve"> a </w:t>
      </w:r>
      <w:proofErr w:type="spellStart"/>
      <w:r w:rsidRPr="0070379E">
        <w:rPr>
          <w:b/>
          <w:color w:val="FF0000"/>
          <w:sz w:val="22"/>
        </w:rPr>
        <w:t>válogatott</w:t>
      </w:r>
      <w:proofErr w:type="spellEnd"/>
      <w:r w:rsidRPr="0070379E">
        <w:rPr>
          <w:b/>
          <w:color w:val="FF0000"/>
          <w:sz w:val="22"/>
        </w:rPr>
        <w:t xml:space="preserve"> </w:t>
      </w:r>
      <w:proofErr w:type="spellStart"/>
      <w:r w:rsidRPr="0070379E">
        <w:rPr>
          <w:b/>
          <w:color w:val="FF0000"/>
          <w:sz w:val="22"/>
        </w:rPr>
        <w:t>edzőknek</w:t>
      </w:r>
      <w:proofErr w:type="spellEnd"/>
      <w:r w:rsidR="00CF614D">
        <w:rPr>
          <w:b/>
          <w:color w:val="FF0000"/>
          <w:sz w:val="22"/>
        </w:rPr>
        <w:t>,</w:t>
      </w:r>
      <w:r w:rsidRPr="0070379E">
        <w:rPr>
          <w:b/>
          <w:color w:val="FF0000"/>
          <w:sz w:val="22"/>
        </w:rPr>
        <w:t xml:space="preserve"> Gulyás </w:t>
      </w:r>
      <w:proofErr w:type="spellStart"/>
      <w:r w:rsidRPr="0070379E">
        <w:rPr>
          <w:b/>
          <w:color w:val="FF0000"/>
          <w:sz w:val="22"/>
        </w:rPr>
        <w:t>Istvánnak</w:t>
      </w:r>
      <w:proofErr w:type="spellEnd"/>
      <w:r w:rsidRPr="0070379E">
        <w:rPr>
          <w:b/>
          <w:color w:val="FF0000"/>
          <w:sz w:val="22"/>
        </w:rPr>
        <w:t xml:space="preserve"> </w:t>
      </w:r>
      <w:proofErr w:type="spellStart"/>
      <w:r w:rsidRPr="0070379E">
        <w:rPr>
          <w:b/>
          <w:color w:val="FF0000"/>
          <w:sz w:val="22"/>
        </w:rPr>
        <w:t>és</w:t>
      </w:r>
      <w:proofErr w:type="spellEnd"/>
      <w:r w:rsidRPr="0070379E">
        <w:rPr>
          <w:b/>
          <w:color w:val="FF0000"/>
          <w:sz w:val="22"/>
        </w:rPr>
        <w:t xml:space="preserve"> </w:t>
      </w:r>
      <w:proofErr w:type="spellStart"/>
      <w:r w:rsidRPr="0070379E">
        <w:rPr>
          <w:b/>
          <w:color w:val="FF0000"/>
          <w:sz w:val="22"/>
        </w:rPr>
        <w:t>Kisantal</w:t>
      </w:r>
      <w:proofErr w:type="spellEnd"/>
      <w:r w:rsidRPr="0070379E">
        <w:rPr>
          <w:b/>
          <w:color w:val="FF0000"/>
          <w:sz w:val="22"/>
        </w:rPr>
        <w:t xml:space="preserve"> </w:t>
      </w:r>
      <w:proofErr w:type="spellStart"/>
      <w:r w:rsidRPr="0070379E">
        <w:rPr>
          <w:b/>
          <w:color w:val="FF0000"/>
          <w:sz w:val="22"/>
        </w:rPr>
        <w:t>Péternek</w:t>
      </w:r>
      <w:proofErr w:type="spellEnd"/>
      <w:r w:rsidRPr="0070379E">
        <w:rPr>
          <w:b/>
          <w:color w:val="FF0000"/>
          <w:sz w:val="22"/>
        </w:rPr>
        <w:t xml:space="preserve"> </w:t>
      </w:r>
      <w:proofErr w:type="spellStart"/>
      <w:r w:rsidRPr="0070379E">
        <w:rPr>
          <w:b/>
          <w:color w:val="FF0000"/>
          <w:sz w:val="22"/>
        </w:rPr>
        <w:t>kell</w:t>
      </w:r>
      <w:proofErr w:type="spellEnd"/>
      <w:r w:rsidRPr="0070379E">
        <w:rPr>
          <w:b/>
          <w:color w:val="FF0000"/>
          <w:sz w:val="22"/>
        </w:rPr>
        <w:t xml:space="preserve"> </w:t>
      </w:r>
      <w:proofErr w:type="spellStart"/>
      <w:r w:rsidRPr="0070379E">
        <w:rPr>
          <w:b/>
          <w:color w:val="FF0000"/>
          <w:sz w:val="22"/>
        </w:rPr>
        <w:t>elküldeni</w:t>
      </w:r>
      <w:proofErr w:type="spellEnd"/>
      <w:r w:rsidRPr="0070379E">
        <w:rPr>
          <w:b/>
          <w:color w:val="FF0000"/>
          <w:sz w:val="22"/>
        </w:rPr>
        <w:t>.</w:t>
      </w:r>
    </w:p>
    <w:sectPr w:rsidR="005B4F06" w:rsidRPr="0070379E" w:rsidSect="00034616">
      <w:headerReference w:type="default" r:id="rId9"/>
      <w:footerReference w:type="default" r:id="rId10"/>
      <w:pgSz w:w="11906" w:h="16838"/>
      <w:pgMar w:top="879" w:right="850" w:bottom="822" w:left="850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86CBA" w14:textId="77777777" w:rsidR="00B43648" w:rsidRDefault="00B43648">
      <w:pPr>
        <w:spacing w:after="0" w:line="240" w:lineRule="auto"/>
      </w:pPr>
      <w:r>
        <w:separator/>
      </w:r>
    </w:p>
  </w:endnote>
  <w:endnote w:type="continuationSeparator" w:id="0">
    <w:p w14:paraId="000B7503" w14:textId="77777777" w:rsidR="00B43648" w:rsidRDefault="00B43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7500"/>
      <w:gridCol w:w="2580"/>
    </w:tblGrid>
    <w:tr w:rsidR="005B4F06" w14:paraId="4A51E8EB" w14:textId="77777777">
      <w:tc>
        <w:tcPr>
          <w:tcW w:w="75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2AE346BE" w14:textId="77777777" w:rsidR="005B4F06" w:rsidRDefault="00A3129B">
          <w:pPr>
            <w:spacing w:after="0"/>
          </w:pPr>
          <w:r>
            <w:rPr>
              <w:color w:val="5D6661"/>
              <w:sz w:val="15"/>
            </w:rPr>
            <w:t xml:space="preserve">MTSZ </w:t>
          </w:r>
          <w:proofErr w:type="spellStart"/>
          <w:r>
            <w:rPr>
              <w:color w:val="5D6661"/>
              <w:sz w:val="15"/>
            </w:rPr>
            <w:t>versenykísérési</w:t>
          </w:r>
          <w:proofErr w:type="spellEnd"/>
          <w:r>
            <w:rPr>
              <w:color w:val="5D6661"/>
              <w:sz w:val="15"/>
            </w:rPr>
            <w:t xml:space="preserve"> </w:t>
          </w:r>
          <w:proofErr w:type="spellStart"/>
          <w:r>
            <w:rPr>
              <w:color w:val="5D6661"/>
              <w:sz w:val="15"/>
            </w:rPr>
            <w:t>kérelem</w:t>
          </w:r>
          <w:proofErr w:type="spellEnd"/>
          <w:r>
            <w:rPr>
              <w:color w:val="5D6661"/>
              <w:sz w:val="15"/>
            </w:rPr>
            <w:t xml:space="preserve"> | </w:t>
          </w:r>
          <w:proofErr w:type="spellStart"/>
          <w:r>
            <w:rPr>
              <w:color w:val="5D6661"/>
              <w:sz w:val="15"/>
            </w:rPr>
            <w:t>Kitöltendő</w:t>
          </w:r>
          <w:proofErr w:type="spellEnd"/>
          <w:r>
            <w:rPr>
              <w:color w:val="5D6661"/>
              <w:sz w:val="15"/>
            </w:rPr>
            <w:t xml:space="preserve"> </w:t>
          </w:r>
          <w:proofErr w:type="spellStart"/>
          <w:r>
            <w:rPr>
              <w:color w:val="5D6661"/>
              <w:sz w:val="15"/>
            </w:rPr>
            <w:t>formanyomtatvány</w:t>
          </w:r>
          <w:proofErr w:type="spellEnd"/>
        </w:p>
      </w:tc>
      <w:tc>
        <w:tcPr>
          <w:tcW w:w="258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6C1DB266" w14:textId="77777777" w:rsidR="005B4F06" w:rsidRDefault="00A3129B">
          <w:pPr>
            <w:spacing w:after="0"/>
            <w:jc w:val="right"/>
          </w:pPr>
          <w:r>
            <w:rPr>
              <w:color w:val="5D6661"/>
              <w:sz w:val="15"/>
            </w:rPr>
            <w:t xml:space="preserve">Oldal: </w:t>
          </w:r>
          <w:r>
            <w:rPr>
              <w:color w:val="5D6661"/>
              <w:sz w:val="17"/>
            </w:rPr>
            <w:fldChar w:fldCharType="begin"/>
          </w:r>
          <w:r>
            <w:rPr>
              <w:color w:val="5D6661"/>
              <w:sz w:val="17"/>
            </w:rPr>
            <w:instrText>PAGE</w:instrText>
          </w:r>
          <w:r>
            <w:rPr>
              <w:color w:val="5D6661"/>
              <w:sz w:val="17"/>
            </w:rPr>
            <w:fldChar w:fldCharType="separate"/>
          </w:r>
          <w:r>
            <w:rPr>
              <w:color w:val="5D6661"/>
              <w:sz w:val="17"/>
            </w:rPr>
            <w:t>1</w:t>
          </w:r>
          <w:r>
            <w:rPr>
              <w:color w:val="5D6661"/>
              <w:sz w:val="17"/>
            </w:rPr>
            <w:fldChar w:fldCharType="end"/>
          </w:r>
          <w:r>
            <w:rPr>
              <w:color w:val="5D6661"/>
              <w:sz w:val="15"/>
            </w:rPr>
            <w:t xml:space="preserve"> / </w:t>
          </w:r>
          <w:r>
            <w:rPr>
              <w:color w:val="5D6661"/>
              <w:sz w:val="17"/>
            </w:rPr>
            <w:fldChar w:fldCharType="begin"/>
          </w:r>
          <w:r>
            <w:rPr>
              <w:color w:val="5D6661"/>
              <w:sz w:val="17"/>
            </w:rPr>
            <w:instrText>NUMPAGES</w:instrText>
          </w:r>
          <w:r>
            <w:rPr>
              <w:color w:val="5D6661"/>
              <w:sz w:val="17"/>
            </w:rPr>
            <w:fldChar w:fldCharType="separate"/>
          </w:r>
          <w:r>
            <w:rPr>
              <w:color w:val="5D6661"/>
              <w:sz w:val="17"/>
            </w:rPr>
            <w:t>1</w:t>
          </w:r>
          <w:r>
            <w:rPr>
              <w:color w:val="5D6661"/>
              <w:sz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F0E90" w14:textId="77777777" w:rsidR="00B43648" w:rsidRDefault="00B43648">
      <w:pPr>
        <w:spacing w:after="0" w:line="240" w:lineRule="auto"/>
      </w:pPr>
      <w:r>
        <w:separator/>
      </w:r>
    </w:p>
  </w:footnote>
  <w:footnote w:type="continuationSeparator" w:id="0">
    <w:p w14:paraId="14706E15" w14:textId="77777777" w:rsidR="00B43648" w:rsidRDefault="00B43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500"/>
    </w:tblGrid>
    <w:tr w:rsidR="00CF614D" w14:paraId="1B138261" w14:textId="77777777" w:rsidTr="00CF614D">
      <w:tc>
        <w:tcPr>
          <w:tcW w:w="150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0F5E7D6" w14:textId="00D8C34E" w:rsidR="00CF614D" w:rsidRDefault="00CF614D">
          <w:pPr>
            <w:spacing w:after="0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7341100">
    <w:abstractNumId w:val="8"/>
  </w:num>
  <w:num w:numId="2" w16cid:durableId="387535234">
    <w:abstractNumId w:val="6"/>
  </w:num>
  <w:num w:numId="3" w16cid:durableId="1202281088">
    <w:abstractNumId w:val="5"/>
  </w:num>
  <w:num w:numId="4" w16cid:durableId="625702209">
    <w:abstractNumId w:val="4"/>
  </w:num>
  <w:num w:numId="5" w16cid:durableId="560873333">
    <w:abstractNumId w:val="7"/>
  </w:num>
  <w:num w:numId="6" w16cid:durableId="488642540">
    <w:abstractNumId w:val="3"/>
  </w:num>
  <w:num w:numId="7" w16cid:durableId="665790069">
    <w:abstractNumId w:val="2"/>
  </w:num>
  <w:num w:numId="8" w16cid:durableId="187180530">
    <w:abstractNumId w:val="1"/>
  </w:num>
  <w:num w:numId="9" w16cid:durableId="309556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B80"/>
    <w:rsid w:val="001A3D95"/>
    <w:rsid w:val="0029639D"/>
    <w:rsid w:val="00326F90"/>
    <w:rsid w:val="005B4F06"/>
    <w:rsid w:val="0070379E"/>
    <w:rsid w:val="00875C01"/>
    <w:rsid w:val="00A3129B"/>
    <w:rsid w:val="00AA1D8D"/>
    <w:rsid w:val="00B43648"/>
    <w:rsid w:val="00B47730"/>
    <w:rsid w:val="00C33678"/>
    <w:rsid w:val="00CB0664"/>
    <w:rsid w:val="00CF61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FA175B"/>
  <w14:defaultImageDpi w14:val="300"/>
  <w15:docId w15:val="{373D5330-63AC-4293-AD58-74164B4B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eastAsia="Arial" w:hAnsi="Arial"/>
      <w:color w:val="202624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E37CFB-7F6D-4FB3-A13C-58F4F6A01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438</Words>
  <Characters>2568</Characters>
  <Application>Microsoft Office Word</Application>
  <DocSecurity>0</DocSecurity>
  <Lines>183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MTSZ versenykísérési kérelem</dc:title>
  <dc:subject>Nemzetközi junior versenykísérési kérelem formanyomtatvány</dc:subject>
  <dc:creator>Magyar Tenisz Szövetség</dc:creator>
  <cp:keywords>MTSZ, versenykísérés, kérelem, junior tenisz</cp:keywords>
  <dc:description>Hivatalos, Wordben kitölthető formanyomtatvány.</dc:description>
  <cp:lastModifiedBy>Zsanna Csengeri</cp:lastModifiedBy>
  <cp:revision>3</cp:revision>
  <dcterms:created xsi:type="dcterms:W3CDTF">2026-09-11T10:38:00Z</dcterms:created>
  <dcterms:modified xsi:type="dcterms:W3CDTF">2026-09-11T10:40:00Z</dcterms:modified>
  <cp:category/>
</cp:coreProperties>
</file>